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Style w:val="Campoapreencher"/>
          <w:b/>
          <w:shd w:val="clear" w:color="auto" w:fill="FFF2B3"/>
        </w:rPr>
        <w:t>NOME DA INSTITUIÇÃO</w:t>
      </w:r>
    </w:p>
    <w:p>
      <w:pPr>
        <w:jc w:val="center"/>
      </w:pPr>
      <w:r>
        <w:rPr>
          <w:rStyle w:val="Campoapreencher"/>
          <w:b/>
          <w:shd w:val="clear" w:color="auto" w:fill="FFF2B3"/>
        </w:rPr>
        <w:t>NOME DO CURSO</w:t>
      </w:r>
    </w:p>
    <w:p>
      <w:pPr>
        <w:spacing w:before="2200"/>
        <w:jc w:val="center"/>
      </w:pPr>
      <w:r>
        <w:rPr>
          <w:rStyle w:val="Campoapreencher"/>
          <w:shd w:val="clear" w:color="auto" w:fill="FFF2B3"/>
        </w:rPr>
        <w:t>NOME COMPLETO DO AUTOR</w:t>
      </w:r>
    </w:p>
    <w:p>
      <w:pPr>
        <w:pStyle w:val="Title"/>
        <w:spacing w:before="3000"/>
      </w:pPr>
      <w:r>
        <w:rPr>
          <w:rStyle w:val="Campoapreencher"/>
          <w:shd w:val="clear" w:color="auto" w:fill="FFF2B3"/>
        </w:rPr>
        <w:t>Título do trabalho</w:t>
      </w:r>
    </w:p>
    <w:p>
      <w:pPr>
        <w:pStyle w:val="Subtitle"/>
      </w:pPr>
      <w:r>
        <w:rPr>
          <w:rStyle w:val="Campoapreencher"/>
          <w:shd w:val="clear" w:color="auto" w:fill="FFF2B3"/>
        </w:rPr>
        <w:t>Subtítulo, se houver</w:t>
      </w:r>
    </w:p>
    <w:p>
      <w:pPr>
        <w:spacing w:before="4000"/>
        <w:jc w:val="center"/>
      </w:pPr>
      <w:r>
        <w:rPr>
          <w:rStyle w:val="Campoapreencher"/>
          <w:shd w:val="clear" w:color="auto" w:fill="FFF2B3"/>
        </w:rPr>
        <w:t>CIDADE</w:t>
      </w:r>
    </w:p>
    <w:p>
      <w:pPr>
        <w:jc w:val="center"/>
      </w:pPr>
      <w:r>
        <w:rPr>
          <w:rStyle w:val="Campoapreencher"/>
          <w:shd w:val="clear" w:color="auto" w:fill="FFF2B3"/>
        </w:rPr>
        <w:t>Ano</w:t>
      </w:r>
    </w:p>
    <w:p>
      <w:pPr>
        <w:spacing w:after="0"/>
      </w:pPr>
      <w:r>
        <w:br w:type="page"/>
      </w:r>
    </w:p>
    <w:p>
      <w:pPr>
        <w:jc w:val="center"/>
      </w:pPr>
      <w:r>
        <w:rPr>
          <w:rStyle w:val="Campoapreencher"/>
          <w:shd w:val="clear" w:color="auto" w:fill="FFF2B3"/>
        </w:rPr>
        <w:t>NOME COMPLETO DO AUTOR</w:t>
      </w:r>
    </w:p>
    <w:p>
      <w:pPr>
        <w:pStyle w:val="Title"/>
        <w:spacing w:before="3800"/>
      </w:pPr>
      <w:r>
        <w:rPr>
          <w:rStyle w:val="Campoapreencher"/>
          <w:shd w:val="clear" w:color="auto" w:fill="FFF2B3"/>
        </w:rPr>
        <w:t>Título do trabalho</w:t>
      </w:r>
    </w:p>
    <w:p>
      <w:pPr>
        <w:pStyle w:val="Subtitle"/>
      </w:pPr>
      <w:r>
        <w:rPr>
          <w:rStyle w:val="Campoapreencher"/>
          <w:shd w:val="clear" w:color="auto" w:fill="FFF2B3"/>
        </w:rPr>
        <w:t>Subtítulo, se houver</w:t>
      </w:r>
    </w:p>
    <w:p>
      <w:pPr>
        <w:spacing w:after="240" w:before="720" w:line="240" w:lineRule="auto"/>
        <w:ind w:left="4535"/>
        <w:jc w:val="both"/>
      </w:pPr>
      <w:r>
        <w:t xml:space="preserve">Trabalho apresentado à disciplina </w:t>
      </w:r>
      <w:r>
        <w:rPr>
          <w:rStyle w:val="Campoapreencher"/>
          <w:shd w:val="clear" w:color="auto" w:fill="FFF2B3"/>
        </w:rPr>
        <w:t>nome da disciplina</w:t>
      </w:r>
      <w:r>
        <w:t xml:space="preserve"> do curso de </w:t>
      </w:r>
      <w:r>
        <w:rPr>
          <w:rStyle w:val="Campoapreencher"/>
          <w:shd w:val="clear" w:color="auto" w:fill="FFF2B3"/>
        </w:rPr>
        <w:t>nome do curso</w:t>
      </w:r>
      <w:r>
        <w:t xml:space="preserve"> da </w:t>
      </w:r>
      <w:r>
        <w:rPr>
          <w:rStyle w:val="Campoapreencher"/>
          <w:shd w:val="clear" w:color="auto" w:fill="FFF2B3"/>
        </w:rPr>
        <w:t>nome da instituição</w:t>
      </w:r>
      <w:r>
        <w:t xml:space="preserve">, como requisito parcial para </w:t>
      </w:r>
      <w:r>
        <w:rPr>
          <w:rStyle w:val="Campoapreencher"/>
          <w:shd w:val="clear" w:color="auto" w:fill="FFF2B3"/>
        </w:rPr>
        <w:t>avaliação da disciplina</w:t>
      </w:r>
      <w:r>
        <w:t>.</w:t>
      </w:r>
    </w:p>
    <w:p>
      <w:pPr>
        <w:spacing w:line="240" w:lineRule="auto"/>
        <w:ind w:left="4535"/>
        <w:jc w:val="left"/>
      </w:pPr>
      <w:r>
        <w:t xml:space="preserve">Professor(a): </w:t>
      </w:r>
      <w:r>
        <w:rPr>
          <w:rStyle w:val="Campoapreencher"/>
          <w:shd w:val="clear" w:color="auto" w:fill="FFF2B3"/>
        </w:rPr>
        <w:t>Nome do professor ou da professora</w:t>
      </w:r>
    </w:p>
    <w:p>
      <w:pPr>
        <w:spacing w:before="4000"/>
        <w:jc w:val="center"/>
      </w:pPr>
      <w:r>
        <w:rPr>
          <w:rStyle w:val="Campoapreencher"/>
          <w:shd w:val="clear" w:color="auto" w:fill="FFF2B3"/>
        </w:rPr>
        <w:t>CIDADE</w:t>
      </w:r>
    </w:p>
    <w:p>
      <w:pPr>
        <w:jc w:val="center"/>
      </w:pPr>
      <w:r>
        <w:rPr>
          <w:rStyle w:val="Campoapreencher"/>
          <w:shd w:val="clear" w:color="auto" w:fill="FFF2B3"/>
        </w:rPr>
        <w:t>Ano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RESUMO</w:t>
      </w:r>
    </w:p>
    <w:p>
      <w:pPr>
        <w:spacing w:after="360"/>
        <w:jc w:val="both"/>
      </w:pPr>
      <w:r>
        <w:rPr>
          <w:rStyle w:val="Campoapreencher"/>
          <w:shd w:val="clear" w:color="auto" w:fill="FFF2B3"/>
        </w:rPr>
        <w:t>Escreva o resumo em um parágrafo só, sem recuo: o tema, o objetivo, como o trabalho foi feito, o que se encontrou e a conclusão principal. Use frases completas na voz ativa e evite citações. Confira na sua instituição o limite de palavras pedido.</w:t>
      </w:r>
    </w:p>
    <w:p>
      <w:pPr>
        <w:jc w:val="both"/>
      </w:pPr>
      <w:r>
        <w:rPr>
          <w:b/>
        </w:rPr>
        <w:t>Palavras-chave:</w:t>
      </w:r>
      <w:r>
        <w:t xml:space="preserve"> </w:t>
      </w:r>
      <w:r>
        <w:rPr>
          <w:rStyle w:val="Campoapreencher"/>
          <w:shd w:val="clear" w:color="auto" w:fill="FFF2B3"/>
        </w:rPr>
        <w:t>Palavra-chave 1</w:t>
      </w:r>
      <w:r>
        <w:t xml:space="preserve">. </w:t>
      </w:r>
      <w:r>
        <w:rPr>
          <w:rStyle w:val="Campoapreencher"/>
          <w:shd w:val="clear" w:color="auto" w:fill="FFF2B3"/>
        </w:rPr>
        <w:t>Palavra-chave 2</w:t>
      </w:r>
      <w:r>
        <w:t xml:space="preserve">. </w:t>
      </w:r>
      <w:r>
        <w:rPr>
          <w:rStyle w:val="Campoapreencher"/>
          <w:shd w:val="clear" w:color="auto" w:fill="FFF2B3"/>
        </w:rPr>
        <w:t>Palavra-chave 3</w:t>
      </w:r>
      <w:r>
        <w:t>.</w:t>
      </w:r>
    </w:p>
    <w:p>
      <w:pPr>
        <w:spacing w:after="0"/>
      </w:pPr>
      <w:r>
        <w:br w:type="page"/>
      </w:r>
    </w:p>
    <w:p>
      <w:pPr>
        <w:pStyle w:val="Títulopré-textual"/>
        <w:spacing w:after="360"/>
        <w:jc w:val="center"/>
      </w:pPr>
      <w:r>
        <w:rPr>
          <w:b/>
        </w:rPr>
        <w:t>SUMÁRIO</w:t>
      </w:r>
    </w:p>
    <w:p>
      <w:pPr>
        <w:pStyle w:val="toc1"/>
        <w:keepLines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t>1 INTRODUÇÃO</w:t>
      </w:r>
      <w:r>
        <w:tab/>
      </w:r>
      <w:r>
        <w:t>4</w:t>
      </w:r>
    </w:p>
    <w:p>
      <w:pPr>
        <w:pStyle w:val="toc1"/>
        <w:keepLines/>
      </w:pPr>
      <w:r>
        <w:t>2 DESENVOLVIMENTO</w:t>
      </w:r>
      <w:r>
        <w:tab/>
      </w:r>
      <w:r>
        <w:t>5</w:t>
      </w:r>
    </w:p>
    <w:p>
      <w:pPr>
        <w:pStyle w:val="toc2"/>
        <w:keepLines/>
      </w:pPr>
      <w:r>
        <w:t>2.1 TÍTULO DA PRIMEIRA SUBSEÇÃO</w:t>
      </w:r>
      <w:r>
        <w:tab/>
      </w:r>
      <w:r>
        <w:t>5</w:t>
      </w:r>
    </w:p>
    <w:p>
      <w:pPr>
        <w:pStyle w:val="toc2"/>
        <w:keepLines/>
      </w:pPr>
      <w:r>
        <w:t>2.2 TÍTULO DA SEGUNDA SUBSEÇÃO</w:t>
      </w:r>
      <w:r>
        <w:tab/>
      </w:r>
      <w:r>
        <w:t>5</w:t>
      </w:r>
    </w:p>
    <w:p>
      <w:pPr>
        <w:pStyle w:val="toc1"/>
        <w:keepLines/>
      </w:pPr>
      <w:r>
        <w:t>3 CONSIDERAÇÕES FINAIS</w:t>
      </w:r>
      <w:r>
        <w:tab/>
      </w:r>
      <w:r>
        <w:t>6</w:t>
      </w:r>
    </w:p>
    <w:p>
      <w:pPr>
        <w:pStyle w:val="toc1"/>
        <w:keepLines/>
      </w:pPr>
      <w:r>
        <w:t>REFERÊNCIAS</w:t>
      </w:r>
      <w:r>
        <w:tab/>
      </w:r>
      <w:r>
        <w:t>7</w:t>
      </w:r>
      <w:r>
        <w:fldChar w:fldCharType="end"/>
      </w:r>
    </w:p>
    <w:p>
      <w:pPr>
        <w:sectPr>
          <w:pgSz w:w="11906" w:h="16838"/>
          <w:pgMar w:top="1701" w:right="1134" w:bottom="1134" w:left="1701" w:header="709" w:footer="709" w:gutter="0"/>
          <w:cols w:space="720"/>
          <w:docGrid w:linePitch="360"/>
        </w:sectPr>
      </w:pPr>
    </w:p>
    <w:p>
      <w:pPr>
        <w:pStyle w:val="Heading1"/>
        <w:pageBreakBefore w:val="0"/>
      </w:pPr>
      <w:r>
        <w:t>INTRODUÇÃO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Apresente o tema e o contexto em que ele aparece: onde, quando e para quem o assunto importa.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Diga qual é o objetivo do trabalho em uma frase que comece com verbo no infinitivo, como analisar, descrever ou comparar.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Conte em poucas linhas como o estudo foi feito: leitura de autores, pesquisa em sites oficiais, entrevista, observação ou outro caminho.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Explique como o texto está dividido: o que vem na seção 2 e o que fica para as considerações finais.</w:t>
      </w:r>
    </w:p>
    <w:p>
      <w:pPr>
        <w:pStyle w:val="Heading1"/>
      </w:pPr>
      <w:r>
        <w:t>DESENVOLVIMENTO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Abra a seção ligando o tema às leituras que você fez. Cada subseção trata de uma parte do assunto.</w:t>
      </w:r>
    </w:p>
    <w:p>
      <w:pPr>
        <w:pStyle w:val="Heading2"/>
      </w:pPr>
      <w:r>
        <w:rPr>
          <w:rStyle w:val="Campoapreencher"/>
          <w:shd w:val="clear" w:color="auto" w:fill="FFF2B3"/>
        </w:rPr>
        <w:t>TÍTULO DA PRIMEIRA SUBSEÇÃO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Desenvolva aqui o primeiro tópico. Ideia de outro autor contada com as suas palavras leva a autoria e o ano entre parênteses no fim da frase</w:t>
      </w:r>
      <w:r>
        <w:t xml:space="preserve"> (</w:t>
      </w: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).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Trecho copiado com mais de três linhas vai em parágrafo próprio, no estilo Citação longa:</w:t>
      </w:r>
    </w:p>
    <w:p>
      <w:pPr>
        <w:pStyle w:val="Citaçãolonga"/>
        <w:spacing w:after="240" w:before="240"/>
      </w:pPr>
      <w:r>
        <w:rPr>
          <w:rStyle w:val="Campoapreencher"/>
          <w:shd w:val="clear" w:color="auto" w:fill="FFF2B3"/>
        </w:rPr>
        <w:t>Cole aqui o trecho copiado da obra, sem aspas. O estilo Citação longa já aplica o recuo de 4 cm, a letra menor e o espaçamento simples. Indique a autoria, o ano e a página logo depois do trecho e coloque o ponto final depois do parêntese, como neste exemplo</w:t>
      </w:r>
      <w:r>
        <w:t xml:space="preserve"> (</w:t>
      </w: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 xml:space="preserve">, p. </w:t>
      </w:r>
      <w:r>
        <w:rPr>
          <w:rStyle w:val="Campoapreencher"/>
          <w:shd w:val="clear" w:color="auto" w:fill="FFF2B3"/>
        </w:rPr>
        <w:t>00</w:t>
      </w:r>
      <w:r>
        <w:t>).</w:t>
      </w:r>
    </w:p>
    <w:p>
      <w:pPr>
        <w:pStyle w:val="Heading2"/>
      </w:pPr>
      <w:r>
        <w:rPr>
          <w:rStyle w:val="Campoapreencher"/>
          <w:shd w:val="clear" w:color="auto" w:fill="FFF2B3"/>
        </w:rPr>
        <w:t>TÍTULO DA SEGUNDA SUBSEÇÃO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Desenvolva o segundo tópico. Se precisar dividir mais, use o estilo Título 3, que numera 2.2.1.</w:t>
      </w:r>
    </w:p>
    <w:p>
      <w:pPr>
        <w:pStyle w:val="Heading1"/>
      </w:pPr>
      <w:r>
        <w:t>CONSIDERAÇÕES FINAIS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Retome o objetivo apresentado na introdução e diga se ele foi alcançado.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Resuma o que o trabalho mostrou, sem trazer citação nova nem assunto que não apareceu antes.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Se couber, indique limites do estudo e o que poderia ser investigado depois.</w:t>
      </w:r>
    </w:p>
    <w:p>
      <w:pPr>
        <w:pStyle w:val="Títulosemnumeração"/>
      </w:pPr>
      <w:r>
        <w:t>REFERÊNCIAS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. </w:t>
      </w:r>
      <w:r>
        <w:rPr>
          <w:rStyle w:val="Campoapreencher"/>
          <w:b/>
          <w:shd w:val="clear" w:color="auto" w:fill="FFF2B3"/>
        </w:rPr>
        <w:t>Título do livro</w:t>
      </w:r>
      <w:r>
        <w:t xml:space="preserve">: </w:t>
      </w:r>
      <w:r>
        <w:rPr>
          <w:rStyle w:val="Campoapreencher"/>
          <w:shd w:val="clear" w:color="auto" w:fill="FFF2B3"/>
        </w:rPr>
        <w:t>subtítulo</w:t>
      </w:r>
      <w:r>
        <w:t xml:space="preserve">. </w:t>
      </w:r>
      <w:r>
        <w:rPr>
          <w:rStyle w:val="Campoapreencher"/>
          <w:shd w:val="clear" w:color="auto" w:fill="FFF2B3"/>
        </w:rPr>
        <w:t>número da edição</w:t>
      </w:r>
      <w:r>
        <w:t xml:space="preserve">. ed. </w:t>
      </w:r>
      <w:r>
        <w:rPr>
          <w:rStyle w:val="Campoapreencher"/>
          <w:shd w:val="clear" w:color="auto" w:fill="FFF2B3"/>
        </w:rPr>
        <w:t>Cidade</w:t>
      </w:r>
      <w:r>
        <w:t xml:space="preserve">: </w:t>
      </w:r>
      <w:r>
        <w:rPr>
          <w:rStyle w:val="Campoapreencher"/>
          <w:shd w:val="clear" w:color="auto" w:fill="FFF2B3"/>
        </w:rPr>
        <w:t>Editora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SOBRENOME</w:t>
      </w:r>
      <w:r>
        <w:t xml:space="preserve">, </w:t>
      </w:r>
      <w:r>
        <w:rPr>
          <w:rStyle w:val="Campoapreencher"/>
          <w:shd w:val="clear" w:color="auto" w:fill="FFF2B3"/>
        </w:rPr>
        <w:t>Nome</w:t>
      </w:r>
      <w:r>
        <w:t xml:space="preserve">. </w:t>
      </w:r>
      <w:r>
        <w:rPr>
          <w:rStyle w:val="Campoapreencher"/>
          <w:shd w:val="clear" w:color="auto" w:fill="FFF2B3"/>
        </w:rPr>
        <w:t>Título do artigo</w:t>
      </w:r>
      <w:r>
        <w:t xml:space="preserve">. </w:t>
      </w:r>
      <w:r>
        <w:rPr>
          <w:rStyle w:val="Campoapreencher"/>
          <w:b/>
          <w:shd w:val="clear" w:color="auto" w:fill="FFF2B3"/>
        </w:rPr>
        <w:t>Nome da revista</w:t>
      </w:r>
      <w:r>
        <w:t xml:space="preserve">, </w:t>
      </w:r>
      <w:r>
        <w:rPr>
          <w:rStyle w:val="Campoapreencher"/>
          <w:shd w:val="clear" w:color="auto" w:fill="FFF2B3"/>
        </w:rPr>
        <w:t>Cidade</w:t>
      </w:r>
      <w:r>
        <w:t xml:space="preserve">, v. </w:t>
      </w:r>
      <w:r>
        <w:rPr>
          <w:rStyle w:val="Campoapreencher"/>
          <w:shd w:val="clear" w:color="auto" w:fill="FFF2B3"/>
        </w:rPr>
        <w:t>0</w:t>
      </w:r>
      <w:r>
        <w:t xml:space="preserve">, n. </w:t>
      </w:r>
      <w:r>
        <w:rPr>
          <w:rStyle w:val="Campoapreencher"/>
          <w:shd w:val="clear" w:color="auto" w:fill="FFF2B3"/>
        </w:rPr>
        <w:t>0</w:t>
      </w:r>
      <w:r>
        <w:t xml:space="preserve">, p. </w:t>
      </w:r>
      <w:r>
        <w:rPr>
          <w:rStyle w:val="Campoapreencher"/>
          <w:shd w:val="clear" w:color="auto" w:fill="FFF2B3"/>
        </w:rPr>
        <w:t>00-00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>.</w:t>
      </w:r>
    </w:p>
    <w:p>
      <w:pPr>
        <w:spacing w:after="240" w:line="240" w:lineRule="auto"/>
        <w:jc w:val="left"/>
      </w:pPr>
      <w:r>
        <w:rPr>
          <w:rStyle w:val="Campoapreencher"/>
          <w:shd w:val="clear" w:color="auto" w:fill="FFF2B3"/>
        </w:rPr>
        <w:t>NOME DO ÓRGÃO OU SOBRENOME</w:t>
      </w:r>
      <w:r>
        <w:t xml:space="preserve">. </w:t>
      </w:r>
      <w:r>
        <w:rPr>
          <w:rStyle w:val="Campoapreencher"/>
          <w:b/>
          <w:shd w:val="clear" w:color="auto" w:fill="FFF2B3"/>
        </w:rPr>
        <w:t>Título da página</w:t>
      </w:r>
      <w:r>
        <w:t xml:space="preserve">. </w:t>
      </w: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ano</w:t>
      </w:r>
      <w:r>
        <w:t xml:space="preserve">. Disponível em: </w:t>
      </w:r>
      <w:r>
        <w:rPr>
          <w:rStyle w:val="Campoapreencher"/>
          <w:shd w:val="clear" w:color="auto" w:fill="FFF2B3"/>
        </w:rPr>
        <w:t>endereço da página</w:t>
      </w:r>
      <w:r>
        <w:t xml:space="preserve">. Acesso em: </w:t>
      </w:r>
      <w:r>
        <w:rPr>
          <w:rStyle w:val="Campoapreencher"/>
          <w:shd w:val="clear" w:color="auto" w:fill="FFF2B3"/>
        </w:rPr>
        <w:t>dia</w:t>
      </w:r>
      <w:r>
        <w:t xml:space="preserve"> </w:t>
      </w:r>
      <w:r>
        <w:rPr>
          <w:rStyle w:val="Campoapreencher"/>
          <w:shd w:val="clear" w:color="auto" w:fill="FFF2B3"/>
        </w:rPr>
        <w:t>mês abreviado</w:t>
      </w:r>
      <w:r>
        <w:t xml:space="preserve"> </w:t>
      </w:r>
      <w:r>
        <w:rPr>
          <w:rStyle w:val="Campoapreencher"/>
          <w:shd w:val="clear" w:color="auto" w:fill="FFF2B3"/>
        </w:rPr>
        <w:t>ano</w:t>
      </w:r>
      <w: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134" w:left="1701" w:header="1134" w:footer="709" w:gutter="0"/>
      <w:pgNumType w:start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20"/>
      </w:rP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multilevel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before="0" w:line="36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numPr>
        <w:ilvl w:val="0"/>
        <w:numId w:val="90"/>
      </w:numPr>
      <w:spacing w:before="0" w:after="360" w:line="360" w:lineRule="auto"/>
      <w:jc w:val="left"/>
      <w:outlineLvl w:val="0"/>
    </w:pPr>
    <w:rPr>
      <w:b/>
      <w:bCs/>
      <w:i w:val="0"/>
      <w:cap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90"/>
      </w:numPr>
      <w:spacing w:before="360" w:after="360" w:line="360" w:lineRule="auto"/>
      <w:jc w:val="left"/>
      <w:outlineLvl w:val="1"/>
    </w:pPr>
    <w:rPr>
      <w:b w:val="0"/>
      <w:bCs/>
      <w:i w:val="0"/>
      <w:cap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90"/>
      </w:numPr>
      <w:spacing w:before="360" w:after="360" w:line="360" w:lineRule="auto"/>
      <w:jc w:val="left"/>
      <w:outlineLvl w:val="2"/>
    </w:pPr>
    <w:rPr>
      <w:b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360" w:lineRule="auto" w:before="0"/>
      <w:contextualSpacing/>
      <w:jc w:val="center"/>
    </w:pPr>
    <w:rPr>
      <w:b/>
      <w:i w:val="0"/>
      <w:caps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 w:line="360" w:lineRule="auto"/>
      <w:jc w:val="center"/>
    </w:pPr>
    <w:rPr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6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6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 w:before="240" w:after="240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pageBreakBefore/>
      <w:spacing w:after="360" w:line="360" w:lineRule="auto"/>
      <w:jc w:val="center"/>
      <w:outlineLvl w:val="0"/>
    </w:pPr>
    <w:rPr>
      <w:b/>
      <w:i w:val="0"/>
      <w:color w:val="000000"/>
      <w:sz w:val="24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120" w:line="240" w:lineRule="auto"/>
      <w:ind w:left="0"/>
    </w:pPr>
    <w:rPr>
      <w:b/>
      <w:caps/>
      <w:sz w:val="24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120" w:line="240" w:lineRule="auto"/>
      <w:ind w:left="340"/>
    </w:pPr>
    <w:rPr>
      <w:caps/>
      <w:sz w:val="24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120" w:line="240" w:lineRule="auto"/>
      <w:ind w:left="680"/>
    </w:pPr>
    <w:rPr>
      <w:sz w:val="24"/>
    </w:rPr>
  </w:style>
  <w:style w:type="paragraph" w:customStyle="1" w:styleId="Títulopré-textual">
    <w:name w:val="Título pré-textual"/>
    <w:basedOn w:val="Normal"/>
    <w:qFormat/>
    <w:pPr>
      <w:keepNext/>
      <w:spacing w:after="360"/>
      <w:jc w:val="center"/>
    </w:pPr>
    <w:rPr>
      <w:b/>
      <w:cap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Trabalho acadêmico (ABNT)</dc:title>
  <dc:subject>Modelo de trabalho acadêmico com capa, folha de rosto, resumo, sumário automático e referências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