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Style w:val="Campoapreencher"/>
          <w:b/>
          <w:shd w:val="clear" w:color="auto" w:fill="FFF2B3"/>
        </w:rPr>
        <w:t>NOME DA INSTITUIÇÃO</w:t>
      </w:r>
    </w:p>
    <w:p>
      <w:pPr>
        <w:jc w:val="center"/>
      </w:pPr>
      <w:r>
        <w:rPr>
          <w:rStyle w:val="Campoapreencher"/>
          <w:b/>
          <w:shd w:val="clear" w:color="auto" w:fill="FFF2B3"/>
        </w:rPr>
        <w:t>NOME DO CURSO</w:t>
      </w:r>
    </w:p>
    <w:p>
      <w:pPr>
        <w:spacing w:before="2200"/>
        <w:jc w:val="center"/>
      </w:pPr>
      <w:r>
        <w:rPr>
          <w:rStyle w:val="Campoapreencher"/>
          <w:shd w:val="clear" w:color="auto" w:fill="FFF2B3"/>
        </w:rPr>
        <w:t>NOME COMPLETO DO AUTOR</w:t>
      </w:r>
    </w:p>
    <w:p>
      <w:pPr>
        <w:pStyle w:val="Title"/>
        <w:spacing w:before="3000"/>
      </w:pPr>
      <w:r>
        <w:rPr>
          <w:rStyle w:val="Campoapreencher"/>
          <w:shd w:val="clear" w:color="auto" w:fill="FFF2B3"/>
        </w:rPr>
        <w:t>Título do trabalho</w:t>
      </w:r>
    </w:p>
    <w:p>
      <w:pPr>
        <w:pStyle w:val="Subtitle"/>
      </w:pPr>
      <w:r>
        <w:rPr>
          <w:rStyle w:val="Campoapreencher"/>
          <w:shd w:val="clear" w:color="auto" w:fill="FFF2B3"/>
        </w:rPr>
        <w:t>Subtítulo, se houver</w:t>
      </w:r>
    </w:p>
    <w:p>
      <w:pPr>
        <w:spacing w:before="4000"/>
        <w:jc w:val="center"/>
      </w:pPr>
      <w:r>
        <w:rPr>
          <w:rStyle w:val="Campoapreencher"/>
          <w:shd w:val="clear" w:color="auto" w:fill="FFF2B3"/>
        </w:rPr>
        <w:t>CIDADE</w:t>
      </w:r>
    </w:p>
    <w:p>
      <w:pPr>
        <w:jc w:val="center"/>
      </w:pPr>
      <w:r>
        <w:rPr>
          <w:rStyle w:val="Campoapreencher"/>
          <w:shd w:val="clear" w:color="auto" w:fill="FFF2B3"/>
        </w:rPr>
        <w:t>Ano</w:t>
      </w:r>
    </w:p>
    <w:p>
      <w:pPr>
        <w:spacing w:after="0"/>
      </w:pPr>
      <w:r>
        <w:br w:type="page"/>
      </w:r>
    </w:p>
    <w:p>
      <w:pPr>
        <w:jc w:val="center"/>
      </w:pPr>
      <w:r>
        <w:rPr>
          <w:rStyle w:val="Campoapreencher"/>
          <w:shd w:val="clear" w:color="auto" w:fill="FFF2B3"/>
        </w:rPr>
        <w:t>NOME COMPLETO DO AUTOR</w:t>
      </w:r>
    </w:p>
    <w:p>
      <w:pPr>
        <w:pStyle w:val="Title"/>
        <w:spacing w:before="3400"/>
      </w:pPr>
      <w:r>
        <w:rPr>
          <w:rStyle w:val="Campoapreencher"/>
          <w:shd w:val="clear" w:color="auto" w:fill="FFF2B3"/>
        </w:rPr>
        <w:t>Título do trabalho</w:t>
      </w:r>
    </w:p>
    <w:p>
      <w:pPr>
        <w:pStyle w:val="Subtitle"/>
      </w:pPr>
      <w:r>
        <w:rPr>
          <w:rStyle w:val="Campoapreencher"/>
          <w:shd w:val="clear" w:color="auto" w:fill="FFF2B3"/>
        </w:rPr>
        <w:t>Subtítulo, se houver</w:t>
      </w:r>
    </w:p>
    <w:p>
      <w:pPr>
        <w:spacing w:after="240" w:before="720" w:line="240" w:lineRule="auto"/>
        <w:ind w:left="4535"/>
        <w:jc w:val="both"/>
      </w:pPr>
      <w:r>
        <w:t xml:space="preserve">Trabalho de Conclusão de Curso apresentado ao curso de </w:t>
      </w:r>
      <w:r>
        <w:rPr>
          <w:rStyle w:val="Campoapreencher"/>
          <w:shd w:val="clear" w:color="auto" w:fill="FFF2B3"/>
        </w:rPr>
        <w:t>nome do curso</w:t>
      </w:r>
      <w:r>
        <w:t xml:space="preserve"> da </w:t>
      </w:r>
      <w:r>
        <w:rPr>
          <w:rStyle w:val="Campoapreencher"/>
          <w:shd w:val="clear" w:color="auto" w:fill="FFF2B3"/>
        </w:rPr>
        <w:t>nome da instituição</w:t>
      </w:r>
      <w:r>
        <w:t xml:space="preserve">, como requisito parcial para a obtenção do título de </w:t>
      </w:r>
      <w:r>
        <w:rPr>
          <w:rStyle w:val="Campoapreencher"/>
          <w:shd w:val="clear" w:color="auto" w:fill="FFF2B3"/>
        </w:rPr>
        <w:t>grau e área, ex.: bacharel em Administração</w:t>
      </w:r>
      <w:r>
        <w:t>.</w:t>
      </w:r>
    </w:p>
    <w:p>
      <w:pPr>
        <w:spacing w:line="240" w:lineRule="auto"/>
        <w:ind w:left="4535"/>
        <w:jc w:val="left"/>
      </w:pPr>
      <w:r>
        <w:t xml:space="preserve">Orientador(a): </w:t>
      </w:r>
      <w:r>
        <w:rPr>
          <w:rStyle w:val="Campoapreencher"/>
          <w:shd w:val="clear" w:color="auto" w:fill="FFF2B3"/>
        </w:rPr>
        <w:t>Prof.(a) Nome completo</w:t>
      </w:r>
    </w:p>
    <w:p>
      <w:pPr>
        <w:spacing w:line="240" w:lineRule="auto"/>
        <w:ind w:left="4535"/>
        <w:jc w:val="left"/>
      </w:pPr>
      <w:r>
        <w:t xml:space="preserve">Coorientador(a): </w:t>
      </w:r>
      <w:r>
        <w:rPr>
          <w:rStyle w:val="Campoapreencher"/>
          <w:shd w:val="clear" w:color="auto" w:fill="FFF2B3"/>
        </w:rPr>
        <w:t>se houver</w:t>
      </w:r>
    </w:p>
    <w:p>
      <w:pPr>
        <w:spacing w:before="3800"/>
        <w:jc w:val="center"/>
      </w:pPr>
      <w:r>
        <w:rPr>
          <w:rStyle w:val="Campoapreencher"/>
          <w:shd w:val="clear" w:color="auto" w:fill="FFF2B3"/>
        </w:rPr>
        <w:t>CIDADE</w:t>
      </w:r>
    </w:p>
    <w:p>
      <w:pPr>
        <w:jc w:val="center"/>
      </w:pPr>
      <w:r>
        <w:rPr>
          <w:rStyle w:val="Campoapreencher"/>
          <w:shd w:val="clear" w:color="auto" w:fill="FFF2B3"/>
        </w:rPr>
        <w:t>Ano</w:t>
      </w:r>
    </w:p>
    <w:p>
      <w:pPr>
        <w:spacing w:after="0"/>
      </w:pPr>
      <w:r>
        <w:br w:type="page"/>
      </w:r>
    </w:p>
    <w:p>
      <w:pPr>
        <w:jc w:val="center"/>
      </w:pPr>
      <w:r>
        <w:rPr>
          <w:rStyle w:val="Campoapreencher"/>
          <w:shd w:val="clear" w:color="auto" w:fill="FFF2B3"/>
        </w:rPr>
        <w:t>NOME COMPLETO DO AUTOR</w:t>
      </w:r>
    </w:p>
    <w:p>
      <w:pPr>
        <w:pStyle w:val="Title"/>
        <w:spacing w:before="800"/>
      </w:pPr>
      <w:r>
        <w:rPr>
          <w:rStyle w:val="Campoapreencher"/>
          <w:shd w:val="clear" w:color="auto" w:fill="FFF2B3"/>
        </w:rPr>
        <w:t>Título do trabalho</w:t>
      </w:r>
    </w:p>
    <w:p>
      <w:pPr>
        <w:pStyle w:val="Subtitle"/>
      </w:pPr>
      <w:r>
        <w:rPr>
          <w:rStyle w:val="Campoapreencher"/>
          <w:shd w:val="clear" w:color="auto" w:fill="FFF2B3"/>
        </w:rPr>
        <w:t>Subtítulo, se houver</w:t>
      </w:r>
    </w:p>
    <w:p>
      <w:pPr>
        <w:spacing w:after="240" w:before="600" w:line="240" w:lineRule="auto"/>
        <w:ind w:left="4535"/>
        <w:jc w:val="both"/>
      </w:pPr>
      <w:r>
        <w:t xml:space="preserve">Trabalho de Conclusão de Curso apresentado ao curso de </w:t>
      </w:r>
      <w:r>
        <w:rPr>
          <w:rStyle w:val="Campoapreencher"/>
          <w:shd w:val="clear" w:color="auto" w:fill="FFF2B3"/>
        </w:rPr>
        <w:t>nome do curso</w:t>
      </w:r>
      <w:r>
        <w:t xml:space="preserve"> da </w:t>
      </w:r>
      <w:r>
        <w:rPr>
          <w:rStyle w:val="Campoapreencher"/>
          <w:shd w:val="clear" w:color="auto" w:fill="FFF2B3"/>
        </w:rPr>
        <w:t>nome da instituição</w:t>
      </w:r>
      <w:r>
        <w:t xml:space="preserve">, como requisito parcial para a obtenção do título de </w:t>
      </w:r>
      <w:r>
        <w:rPr>
          <w:rStyle w:val="Campoapreencher"/>
          <w:shd w:val="clear" w:color="auto" w:fill="FFF2B3"/>
        </w:rPr>
        <w:t>grau e área, ex.: bacharel em Administração</w:t>
      </w:r>
      <w:r>
        <w:t>.</w:t>
      </w:r>
    </w:p>
    <w:p>
      <w:pPr>
        <w:spacing w:before="480"/>
        <w:jc w:val="left"/>
      </w:pPr>
      <w:r>
        <w:t xml:space="preserve">Aprovado em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before="480"/>
        <w:jc w:val="center"/>
      </w:pPr>
      <w:r>
        <w:rPr>
          <w:b/>
        </w:rPr>
        <w:t>BANCA EXAMINADORA</w:t>
      </w:r>
    </w:p>
    <w:p>
      <w:pPr>
        <w:keepNext/>
        <w:spacing w:after="0" w:before="600" w:line="240" w:lineRule="auto"/>
        <w:jc w:val="center"/>
      </w:pPr>
      <w:r>
        <w:t>________________________________________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Prof.(a) Nome completo</w:t>
      </w:r>
      <w:r>
        <w:t xml:space="preserve"> (orientador/a)</w:t>
        <w:br/>
      </w:r>
      <w:r>
        <w:rPr>
          <w:rStyle w:val="Campoapreencher"/>
          <w:shd w:val="clear" w:color="auto" w:fill="FFF2B3"/>
        </w:rPr>
        <w:t>Instituição</w:t>
      </w:r>
    </w:p>
    <w:p>
      <w:pPr>
        <w:keepNext/>
        <w:spacing w:after="0" w:before="600" w:line="240" w:lineRule="auto"/>
        <w:jc w:val="center"/>
      </w:pPr>
      <w:r>
        <w:t>________________________________________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Prof.(a) Nome completo</w:t>
      </w:r>
      <w:r>
        <w:br/>
      </w:r>
      <w:r>
        <w:rPr>
          <w:rStyle w:val="Campoapreencher"/>
          <w:shd w:val="clear" w:color="auto" w:fill="FFF2B3"/>
        </w:rPr>
        <w:t>Instituição</w:t>
      </w:r>
    </w:p>
    <w:p>
      <w:pPr>
        <w:keepNext/>
        <w:spacing w:after="0" w:before="600" w:line="240" w:lineRule="auto"/>
        <w:jc w:val="center"/>
      </w:pPr>
      <w:r>
        <w:t>________________________________________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Prof.(a) Nome completo</w:t>
      </w:r>
      <w:r>
        <w:br/>
      </w:r>
      <w:r>
        <w:rPr>
          <w:rStyle w:val="Campoapreencher"/>
          <w:shd w:val="clear" w:color="auto" w:fill="FFF2B3"/>
        </w:rPr>
        <w:t>Instituição</w:t>
      </w:r>
    </w:p>
    <w:p>
      <w:pPr>
        <w:spacing w:after="0"/>
      </w:pPr>
      <w:r>
        <w:br w:type="page"/>
      </w:r>
    </w:p>
    <w:p>
      <w:pPr>
        <w:spacing w:before="10800"/>
        <w:ind w:left="4535"/>
        <w:jc w:val="both"/>
      </w:pPr>
      <w:r>
        <w:rPr>
          <w:rStyle w:val="Campoapreencher"/>
          <w:shd w:val="clear" w:color="auto" w:fill="FFF2B3"/>
        </w:rPr>
        <w:t>Dedicatória, se quiser: a quem você oferece o trabalho. Este elemento é opcional, não leva título e fica no pé da página. Se não for usar, apague a página inteira.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AGRADECIMENTOS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Agradeça a quem contribuiu de fato com o trabalho: orientador ou orientadora, participantes da pesquisa, instituição, agência de fomento (com o número do processo, se houver), família e colegas.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Elemento opcional. Se não for usar, apague a página inteira.</w:t>
      </w:r>
    </w:p>
    <w:p>
      <w:pPr>
        <w:spacing w:after="0"/>
      </w:pPr>
      <w:r>
        <w:br w:type="page"/>
      </w:r>
    </w:p>
    <w:p>
      <w:pPr>
        <w:spacing w:before="10800"/>
        <w:ind w:left="4535"/>
        <w:jc w:val="both"/>
      </w:pPr>
      <w:r>
        <w:rPr>
          <w:rStyle w:val="Campoapreencher"/>
          <w:shd w:val="clear" w:color="auto" w:fill="FFF2B3"/>
        </w:rPr>
        <w:t>Frase ou trecho ligado ao tema do trabalho.</w:t>
      </w:r>
    </w:p>
    <w:p>
      <w:pPr>
        <w:jc w:val="right"/>
      </w:pPr>
      <w:r>
        <w:t>(</w:t>
      </w:r>
      <w:r>
        <w:rPr>
          <w:rStyle w:val="Campoapreencher"/>
          <w:shd w:val="clear" w:color="auto" w:fill="FFF2B3"/>
        </w:rPr>
        <w:t>Sobrenome do autor da frase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)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RESUMO</w:t>
      </w:r>
    </w:p>
    <w:p>
      <w:pPr>
        <w:spacing w:after="360"/>
        <w:jc w:val="both"/>
      </w:pPr>
      <w:r>
        <w:rPr>
          <w:rStyle w:val="Campoapreencher"/>
          <w:shd w:val="clear" w:color="auto" w:fill="FFF2B3"/>
        </w:rPr>
        <w:t>Escreva o resumo em um parágrafo só, sem recuo, na voz ativa: o tema, o objetivo, o método, os resultados principais e a conclusão. Não use citações nem siglas sem explicar. Confira na sua instituição o número de palavras pedido.</w:t>
      </w:r>
    </w:p>
    <w:p>
      <w:pPr>
        <w:jc w:val="both"/>
      </w:pPr>
      <w:r>
        <w:rPr>
          <w:b/>
        </w:rPr>
        <w:t>Palavras-chave:</w:t>
      </w:r>
      <w:r>
        <w:t xml:space="preserve"> </w:t>
      </w:r>
      <w:r>
        <w:rPr>
          <w:rStyle w:val="Campoapreencher"/>
          <w:shd w:val="clear" w:color="auto" w:fill="FFF2B3"/>
        </w:rPr>
        <w:t>Palavra-chave 1</w:t>
      </w:r>
      <w:r>
        <w:t xml:space="preserve">. </w:t>
      </w:r>
      <w:r>
        <w:rPr>
          <w:rStyle w:val="Campoapreencher"/>
          <w:shd w:val="clear" w:color="auto" w:fill="FFF2B3"/>
        </w:rPr>
        <w:t>Palavra-chave 2</w:t>
      </w:r>
      <w:r>
        <w:t xml:space="preserve">. </w:t>
      </w:r>
      <w:r>
        <w:rPr>
          <w:rStyle w:val="Campoapreencher"/>
          <w:shd w:val="clear" w:color="auto" w:fill="FFF2B3"/>
        </w:rPr>
        <w:t>Palavra-chave 3</w:t>
      </w:r>
      <w:r>
        <w:t>.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ABSTRACT</w:t>
      </w:r>
    </w:p>
    <w:p>
      <w:pPr>
        <w:spacing w:after="360"/>
        <w:jc w:val="both"/>
      </w:pPr>
      <w:r>
        <w:rPr>
          <w:rStyle w:val="Campoapreencher"/>
          <w:shd w:val="clear" w:color="auto" w:fill="FFF2B3"/>
        </w:rPr>
        <w:t>Versão do resumo em língua estrangeira (em geral, inglês). Traduza o mesmo conteúdo do resumo, sem acrescentar nem cortar informação.</w:t>
      </w:r>
    </w:p>
    <w:p>
      <w:pPr>
        <w:jc w:val="both"/>
      </w:pPr>
      <w:r>
        <w:rPr>
          <w:b/>
        </w:rPr>
        <w:t>Keywords:</w:t>
      </w:r>
      <w:r>
        <w:t xml:space="preserve"> </w:t>
      </w:r>
      <w:r>
        <w:rPr>
          <w:rStyle w:val="Campoapreencher"/>
          <w:shd w:val="clear" w:color="auto" w:fill="FFF2B3"/>
        </w:rPr>
        <w:t>Keyword 1</w:t>
      </w:r>
      <w:r>
        <w:t xml:space="preserve">. </w:t>
      </w:r>
      <w:r>
        <w:rPr>
          <w:rStyle w:val="Campoapreencher"/>
          <w:shd w:val="clear" w:color="auto" w:fill="FFF2B3"/>
        </w:rPr>
        <w:t>Keyword 2</w:t>
      </w:r>
      <w:r>
        <w:t xml:space="preserve">. </w:t>
      </w:r>
      <w:r>
        <w:rPr>
          <w:rStyle w:val="Campoapreencher"/>
          <w:shd w:val="clear" w:color="auto" w:fill="FFF2B3"/>
        </w:rPr>
        <w:t>Keyword 3</w:t>
      </w:r>
      <w:r>
        <w:t>.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LISTA DE ILUSTRAÇÕES</w:t>
      </w:r>
    </w:p>
    <w:p>
      <w:pPr>
        <w:pStyle w:val="tableoffigures"/>
      </w:pPr>
      <w:r>
        <w:fldChar w:fldCharType="begin"/>
      </w:r>
      <w:r>
        <w:instrText xml:space="preserve"> TOC \h \z \c "Figura" </w:instrText>
      </w:r>
      <w:r>
        <w:fldChar w:fldCharType="separate"/>
      </w:r>
      <w:r>
        <w:t>Figura 1 – Título da figura</w:t>
        <w:tab/>
        <w:t>14</w:t>
      </w:r>
      <w:r>
        <w:fldChar w:fldCharType="end"/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LISTA DE TABELAS</w:t>
      </w:r>
    </w:p>
    <w:p>
      <w:pPr>
        <w:pStyle w:val="tableoffigures"/>
      </w:pPr>
      <w:r>
        <w:fldChar w:fldCharType="begin"/>
      </w:r>
      <w:r>
        <w:instrText xml:space="preserve"> TOC \h \z \c "Tabela" </w:instrText>
      </w:r>
      <w:r>
        <w:fldChar w:fldCharType="separate"/>
      </w:r>
      <w:r>
        <w:t>Tabela 1 – Título da tabela</w:t>
        <w:tab/>
        <w:t>14</w:t>
      </w:r>
      <w:r>
        <w:fldChar w:fldCharType="end"/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SUMÁRIO</w:t>
      </w:r>
    </w:p>
    <w:p>
      <w:pPr>
        <w:pStyle w:val="toc1"/>
        <w:keepLines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t>1 INTRODUÇÃO</w:t>
      </w:r>
      <w:r>
        <w:tab/>
      </w:r>
      <w:r>
        <w:t>11</w:t>
      </w:r>
    </w:p>
    <w:p>
      <w:pPr>
        <w:pStyle w:val="toc2"/>
        <w:keepLines/>
      </w:pPr>
      <w:r>
        <w:t>1.1 OBJETIVOS</w:t>
      </w:r>
      <w:r>
        <w:tab/>
      </w:r>
      <w:r>
        <w:t>11</w:t>
      </w:r>
    </w:p>
    <w:p>
      <w:pPr>
        <w:pStyle w:val="toc3"/>
        <w:keepLines/>
      </w:pPr>
      <w:r>
        <w:t>1.1.1 Objetivo geral</w:t>
      </w:r>
      <w:r>
        <w:tab/>
      </w:r>
      <w:r>
        <w:t>11</w:t>
      </w:r>
    </w:p>
    <w:p>
      <w:pPr>
        <w:pStyle w:val="toc3"/>
        <w:keepLines/>
      </w:pPr>
      <w:r>
        <w:t>1.1.2 Objetivos específicos</w:t>
      </w:r>
      <w:r>
        <w:tab/>
      </w:r>
      <w:r>
        <w:t>11</w:t>
      </w:r>
    </w:p>
    <w:p>
      <w:pPr>
        <w:pStyle w:val="toc1"/>
        <w:keepLines/>
      </w:pPr>
      <w:r>
        <w:t>2 REFERENCIAL TEÓRICO</w:t>
      </w:r>
      <w:r>
        <w:tab/>
      </w:r>
      <w:r>
        <w:t>12</w:t>
      </w:r>
    </w:p>
    <w:p>
      <w:pPr>
        <w:pStyle w:val="toc2"/>
        <w:keepLines/>
      </w:pPr>
      <w:r>
        <w:t>2.1 TÍTULO DA PRIMEIRA SUBSEÇÃO</w:t>
      </w:r>
      <w:r>
        <w:tab/>
      </w:r>
      <w:r>
        <w:t>12</w:t>
      </w:r>
    </w:p>
    <w:p>
      <w:pPr>
        <w:pStyle w:val="toc2"/>
        <w:keepLines/>
      </w:pPr>
      <w:r>
        <w:t>2.2 TÍTULO DA SEGUNDA SUBSEÇÃO</w:t>
      </w:r>
      <w:r>
        <w:tab/>
      </w:r>
      <w:r>
        <w:t>12</w:t>
      </w:r>
    </w:p>
    <w:p>
      <w:pPr>
        <w:pStyle w:val="toc1"/>
        <w:keepLines/>
      </w:pPr>
      <w:r>
        <w:t>3 METODOLOGIA</w:t>
      </w:r>
      <w:r>
        <w:tab/>
      </w:r>
      <w:r>
        <w:t>13</w:t>
      </w:r>
    </w:p>
    <w:p>
      <w:pPr>
        <w:pStyle w:val="toc2"/>
        <w:keepLines/>
      </w:pPr>
      <w:r>
        <w:t>3.1 TIPO DE PESQUISA</w:t>
      </w:r>
      <w:r>
        <w:tab/>
      </w:r>
      <w:r>
        <w:t>13</w:t>
      </w:r>
    </w:p>
    <w:p>
      <w:pPr>
        <w:pStyle w:val="toc2"/>
        <w:keepLines/>
      </w:pPr>
      <w:r>
        <w:t>3.2 COLETA E ANÁLISE DOS DADOS</w:t>
      </w:r>
      <w:r>
        <w:tab/>
      </w:r>
      <w:r>
        <w:t>13</w:t>
      </w:r>
    </w:p>
    <w:p>
      <w:pPr>
        <w:pStyle w:val="toc1"/>
        <w:keepLines/>
      </w:pPr>
      <w:r>
        <w:t>4 RESULTADOS E DISCUSSÃO</w:t>
      </w:r>
      <w:r>
        <w:tab/>
      </w:r>
      <w:r>
        <w:t>14</w:t>
      </w:r>
    </w:p>
    <w:p>
      <w:pPr>
        <w:pStyle w:val="toc1"/>
        <w:keepLines/>
      </w:pPr>
      <w:r>
        <w:t>5 CONCLUSÃO</w:t>
      </w:r>
      <w:r>
        <w:tab/>
      </w:r>
      <w:r>
        <w:t>15</w:t>
      </w:r>
    </w:p>
    <w:p>
      <w:pPr>
        <w:pStyle w:val="toc1"/>
        <w:keepLines/>
      </w:pPr>
      <w:r>
        <w:t>REFERÊNCIAS</w:t>
      </w:r>
      <w:r>
        <w:tab/>
      </w:r>
      <w:r>
        <w:t>16</w:t>
      </w:r>
    </w:p>
    <w:p>
      <w:pPr>
        <w:pStyle w:val="toc1"/>
        <w:keepLines/>
      </w:pPr>
      <w:r>
        <w:t>APÊNDICE A – TÍTULO DO APÊNDICE</w:t>
      </w:r>
      <w:r>
        <w:tab/>
      </w:r>
      <w:r>
        <w:t>17</w:t>
      </w:r>
    </w:p>
    <w:p>
      <w:pPr>
        <w:pStyle w:val="toc1"/>
        <w:keepLines/>
      </w:pPr>
      <w:r>
        <w:t>ANEXO A – TÍTULO DO ANEXO</w:t>
      </w:r>
      <w:r>
        <w:tab/>
      </w:r>
      <w:r>
        <w:t>18</w:t>
      </w:r>
      <w:r>
        <w:fldChar w:fldCharType="end"/>
      </w:r>
    </w:p>
    <w:p>
      <w:pPr>
        <w:sectPr>
          <w:pgSz w:w="11906" w:h="16838"/>
          <w:pgMar w:top="1701" w:right="1134" w:bottom="1134" w:left="1701" w:header="709" w:footer="709" w:gutter="0"/>
          <w:cols w:space="720"/>
          <w:docGrid w:linePitch="360"/>
        </w:sectPr>
      </w:pPr>
    </w:p>
    <w:p>
      <w:pPr>
        <w:pStyle w:val="Heading1"/>
        <w:pageBreakBefore w:val="0"/>
      </w:pPr>
      <w:r>
        <w:t>INTRODUÇÃO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Apresente o tema, o problema de pesquisa (a pergunta que o trabalho responde) e o contexto em que ele aparece.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Justifique a escolha: por que o problema importa e para quem o resultado serve.</w:t>
      </w:r>
    </w:p>
    <w:p>
      <w:pPr>
        <w:pStyle w:val="Heading2"/>
      </w:pPr>
      <w:r>
        <w:t>OBJETIVOS</w:t>
      </w:r>
    </w:p>
    <w:p>
      <w:pPr>
        <w:pStyle w:val="Heading3"/>
      </w:pPr>
      <w:r>
        <w:t>Objetivo geral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Uma frase com verbo no infinitivo que diga o que o trabalho pretende alcançar.</w:t>
      </w:r>
    </w:p>
    <w:p>
      <w:pPr>
        <w:pStyle w:val="Heading3"/>
      </w:pPr>
      <w:r>
        <w:t>Objetivos específicos</w:t>
      </w:r>
    </w:p>
    <w:p>
      <w:pPr>
        <w:pStyle w:val="ListBullet"/>
      </w:pPr>
      <w:r>
        <w:rPr>
          <w:rStyle w:val="Campoapreencher"/>
          <w:shd w:val="clear" w:color="auto" w:fill="FFF2B3"/>
        </w:rPr>
        <w:t>Etapa 1 necessária para chegar ao objetivo geral (identificar, levantar, descrever...).</w:t>
      </w:r>
    </w:p>
    <w:p>
      <w:pPr>
        <w:pStyle w:val="ListBullet"/>
      </w:pPr>
      <w:r>
        <w:rPr>
          <w:rStyle w:val="Campoapreencher"/>
          <w:shd w:val="clear" w:color="auto" w:fill="FFF2B3"/>
        </w:rPr>
        <w:t>Etapa 2 (comparar, analisar, medir...).</w:t>
      </w:r>
    </w:p>
    <w:p>
      <w:pPr>
        <w:pStyle w:val="ListBullet"/>
      </w:pPr>
      <w:r>
        <w:rPr>
          <w:rStyle w:val="Campoapreencher"/>
          <w:shd w:val="clear" w:color="auto" w:fill="FFF2B3"/>
        </w:rPr>
        <w:t>Etapa 3 (propor, avaliar, discutir...).</w:t>
      </w:r>
    </w:p>
    <w:p>
      <w:pPr>
        <w:spacing w:before="160"/>
        <w:ind w:firstLine="709"/>
        <w:jc w:val="both"/>
      </w:pPr>
      <w:r>
        <w:rPr>
          <w:rStyle w:val="Campoapreencher"/>
          <w:shd w:val="clear" w:color="auto" w:fill="FFF2B3"/>
        </w:rPr>
        <w:t>Feche a introdução contando como o trabalho está organizado.</w:t>
      </w:r>
    </w:p>
    <w:p>
      <w:pPr>
        <w:pStyle w:val="Heading1"/>
      </w:pPr>
      <w:r>
        <w:t>REFERENCIAL TEÓRICO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Apresente as teorias, os conceitos e os estudos anteriores que sustentam a pesquisa, em subseções por assunto.</w:t>
      </w:r>
    </w:p>
    <w:p>
      <w:pPr>
        <w:pStyle w:val="Heading2"/>
      </w:pPr>
      <w:r>
        <w:rPr>
          <w:rStyle w:val="Campoapreencher"/>
          <w:shd w:val="clear" w:color="auto" w:fill="FFF2B3"/>
        </w:rPr>
        <w:t>TÍTULO DA PRIMEIRA SUBSEÇÃO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Ideia de outro autor contada com as suas palavras leva autoria e ano entre parênteses no fim da frase</w:t>
      </w:r>
      <w:r>
        <w:t xml:space="preserve"> (</w:t>
      </w: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).</w:t>
      </w:r>
    </w:p>
    <w:p>
      <w:pPr>
        <w:pStyle w:val="Citaçãolonga"/>
        <w:spacing w:after="240" w:before="240"/>
      </w:pPr>
      <w:r>
        <w:rPr>
          <w:rStyle w:val="Campoapreencher"/>
          <w:shd w:val="clear" w:color="auto" w:fill="FFF2B3"/>
        </w:rPr>
        <w:t>Trecho copiado com mais de três linhas: parágrafo próprio no estilo Citação longa, sem aspas, com recuo de 4 cm, letra menor e espaçamento simples. Indique autoria, ano e página e ponha o ponto final depois do parêntese, como neste exemplo</w:t>
      </w:r>
      <w:r>
        <w:t xml:space="preserve"> (</w:t>
      </w: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 xml:space="preserve">, p. </w:t>
      </w:r>
      <w:r>
        <w:rPr>
          <w:rStyle w:val="Campoapreencher"/>
          <w:shd w:val="clear" w:color="auto" w:fill="FFF2B3"/>
        </w:rPr>
        <w:t>00</w:t>
      </w:r>
      <w:r>
        <w:t>).</w:t>
      </w:r>
    </w:p>
    <w:p>
      <w:pPr>
        <w:pStyle w:val="Heading2"/>
      </w:pPr>
      <w:r>
        <w:rPr>
          <w:rStyle w:val="Campoapreencher"/>
          <w:shd w:val="clear" w:color="auto" w:fill="FFF2B3"/>
        </w:rPr>
        <w:t>TÍTULO DA SEGUNDA SUBSEÇÃO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Compare autores, mostre onde concordam e onde divergem e ligue a discussão ao seu problema de pesquisa.</w:t>
      </w:r>
    </w:p>
    <w:p>
      <w:pPr>
        <w:pStyle w:val="Heading1"/>
      </w:pPr>
      <w:r>
        <w:t>METODOLOGIA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Descreva o caminho da pesquisa com detalhe suficiente para que outra pessoa consiga repetir.</w:t>
      </w:r>
    </w:p>
    <w:p>
      <w:pPr>
        <w:pStyle w:val="Heading2"/>
      </w:pPr>
      <w:r>
        <w:t>TIPO DE PESQUISA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Abordagem (qualitativa, quantitativa ou mista), objetivo (exploratória, descritiva ou explicativa) e procedimento (bibliográfica, documental, estudo de caso, levantamento, experimento).</w:t>
      </w:r>
    </w:p>
    <w:p>
      <w:pPr>
        <w:pStyle w:val="Heading2"/>
      </w:pPr>
      <w:r>
        <w:t>COLETA E ANÁLISE DOS DADOS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Quem participou ou o que foi analisado, como os dados foram coletados (questionário, entrevista, observação, documentos), em que período e como foram analisados.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Se a pesquisa envolve pessoas, informe a aprovação no comitê de ética e o número do parecer, quando houver.</w:t>
      </w:r>
    </w:p>
    <w:p>
      <w:pPr>
        <w:pStyle w:val="Heading1"/>
      </w:pPr>
      <w:r>
        <w:t>RESULTADOS E DISCUSSÃO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Apresente os resultados na ordem dos objetivos específicos e discuta cada um com base no referencial teórico.</w:t>
      </w:r>
    </w:p>
    <w:p>
      <w:pPr>
        <w:pStyle w:val="Caption"/>
      </w:pPr>
      <w:r>
        <w:t xml:space="preserve">Figura </w:t>
      </w:r>
      <w:fldSimple w:instr=" SEQ Figura \* ARABIC ">
        <w:r>
          <w:t>1</w:t>
        </w:r>
      </w:fldSimple>
      <w:r>
        <w:t xml:space="preserve"> – </w:t>
      </w:r>
      <w:r>
        <w:rPr>
          <w:rStyle w:val="Campoapreencher"/>
        </w:rPr>
        <w:t>Título da figura</w:t>
      </w:r>
    </w:p>
    <w:tbl>
      <w:tblPr>
        <w:tblStyle w:val="TableGrid"/>
        <w:tblW w:type="dxa" w:w="6237"/>
        <w:jc w:val="center"/>
        <w:tblLayout w:type="fixed"/>
        <w:tblLook w:firstColumn="1" w:firstRow="1" w:lastColumn="0" w:lastRow="0" w:noHBand="0" w:noVBand="1" w:val="04A0"/>
      </w:tblPr>
      <w:tblGrid>
        <w:gridCol w:w="6237"/>
      </w:tblGrid>
      <w:tr>
        <w:trPr>
          <w:trHeight w:val="2551" w:hRule="atLeast"/>
        </w:trPr>
        <w:tc>
          <w:tcPr>
            <w:tcW w:type="dxa" w:w="6236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Insira a figura aqui (Inserir &gt; Imagens). Para uma nova legenda numerada, use Referências &gt; Inserir Legenda.</w:t>
            </w:r>
          </w:p>
        </w:tc>
      </w:tr>
    </w:tbl>
    <w:p>
      <w:pPr>
        <w:spacing w:after="0" w:before="0" w:line="120" w:lineRule="exact"/>
      </w:pPr>
    </w:p>
    <w:p>
      <w:pPr>
        <w:spacing w:after="240" w:before="80" w:line="240" w:lineRule="auto"/>
        <w:jc w:val="center"/>
      </w:pPr>
      <w:r>
        <w:rPr>
          <w:sz w:val="20"/>
        </w:rPr>
        <w:t xml:space="preserve">Fonte: </w:t>
      </w:r>
      <w:r>
        <w:rPr>
          <w:rStyle w:val="Campoapreencher"/>
          <w:sz w:val="20"/>
          <w:shd w:val="clear" w:color="auto" w:fill="FFF2B3"/>
        </w:rPr>
        <w:t>Elaborado pelo autor (ano) ou a obra de onde a figura foi tirada</w:t>
      </w:r>
      <w:r>
        <w:rPr>
          <w:sz w:val="20"/>
        </w:rPr>
        <w:t>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Comente a figura no texto, chamando-a pelo número (Figura 1).</w:t>
      </w:r>
    </w:p>
    <w:p>
      <w:pPr>
        <w:pStyle w:val="Caption"/>
      </w:pPr>
      <w:r>
        <w:t xml:space="preserve">Tabela </w:t>
      </w:r>
      <w:fldSimple w:instr=" SEQ Tabela \* ARABIC ">
        <w:r>
          <w:t>1</w:t>
        </w:r>
      </w:fldSimple>
      <w:r>
        <w:t xml:space="preserve"> – </w:t>
      </w:r>
      <w:r>
        <w:rPr>
          <w:rStyle w:val="Campoapreencher"/>
        </w:rPr>
        <w:t>Título da tabela</w:t>
      </w:r>
    </w:p>
    <w:tbl>
      <w:tblPr>
        <w:tblStyle w:val="TableGrid"/>
        <w:tblW w:type="dxa" w:w="8505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1984"/>
        <w:gridCol w:w="1984"/>
      </w:tblGrid>
      <w:tr>
        <w:trPr>
          <w:tblHeader/>
        </w:trPr>
        <w:tc>
          <w:tcPr>
            <w:tcW w:type="dxa" w:w="4535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Categoria</w:t>
            </w:r>
          </w:p>
        </w:tc>
        <w:tc>
          <w:tcPr>
            <w:tcW w:type="dxa" w:w="1984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Quantidade</w:t>
            </w:r>
          </w:p>
        </w:tc>
        <w:tc>
          <w:tcPr>
            <w:tcW w:type="dxa" w:w="1984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Percentual (%)</w:t>
            </w:r>
          </w:p>
        </w:tc>
      </w:tr>
      <w:tr>
        <w:tc>
          <w:tcPr>
            <w:tcW w:type="dxa" w:w="453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Categoria A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0,0</w:t>
            </w:r>
          </w:p>
        </w:tc>
      </w:tr>
      <w:tr>
        <w:tc>
          <w:tcPr>
            <w:tcW w:type="dxa" w:w="453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Categoria B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0,0</w:t>
            </w:r>
          </w:p>
        </w:tc>
      </w:tr>
      <w:tr>
        <w:tc>
          <w:tcPr>
            <w:tcW w:type="dxa" w:w="453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Categoria C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0,0</w:t>
            </w:r>
          </w:p>
        </w:tc>
      </w:tr>
      <w:tr>
        <w:tc>
          <w:tcPr>
            <w:tcW w:type="dxa" w:w="4535"/>
          </w:tcPr>
          <w:p>
            <w:pPr>
              <w:pStyle w:val="Textodetabela"/>
              <w:jc w:val="left"/>
            </w:pPr>
            <w:r>
              <w:rPr>
                <w:b/>
              </w:rPr>
              <w:t>Total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984"/>
          </w:tcPr>
          <w:p>
            <w:pPr>
              <w:pStyle w:val="Textodetabela"/>
              <w:jc w:val="center"/>
            </w:pPr>
            <w:r>
              <w:t>100,0</w:t>
            </w:r>
          </w:p>
        </w:tc>
      </w:tr>
    </w:tbl>
    <w:p>
      <w:pPr>
        <w:spacing w:after="0" w:before="0" w:line="120" w:lineRule="exact"/>
      </w:pPr>
    </w:p>
    <w:p>
      <w:pPr>
        <w:spacing w:after="240" w:before="80" w:line="240" w:lineRule="auto"/>
        <w:jc w:val="center"/>
      </w:pPr>
      <w:r>
        <w:rPr>
          <w:sz w:val="20"/>
        </w:rPr>
        <w:t xml:space="preserve">Fonte: </w:t>
      </w:r>
      <w:r>
        <w:rPr>
          <w:rStyle w:val="Campoapreencher"/>
          <w:sz w:val="20"/>
          <w:shd w:val="clear" w:color="auto" w:fill="FFF2B3"/>
        </w:rPr>
        <w:t>Dados da pesquisa (ano)</w:t>
      </w:r>
      <w:r>
        <w:rPr>
          <w:sz w:val="20"/>
        </w:rPr>
        <w:t>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Interprete os números: o que eles mostram e como se comparam com os estudos citados.</w:t>
      </w:r>
    </w:p>
    <w:p>
      <w:pPr>
        <w:pStyle w:val="Heading1"/>
      </w:pPr>
      <w:r>
        <w:t>CONCLUSÃO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Responda ao problema de pesquisa e diga se cada objetivo específico foi atingido.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Aponte as contribuições do trabalho, os limites do estudo e sugestões para pesquisas futuras.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Não traga dados novos nem citações aqui.</w:t>
      </w:r>
    </w:p>
    <w:p>
      <w:pPr>
        <w:pStyle w:val="Títulosemnumeração"/>
      </w:pPr>
      <w:r>
        <w:t>REFERÊNCIAS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. </w:t>
      </w:r>
      <w:r>
        <w:rPr>
          <w:rStyle w:val="Campoapreencher"/>
          <w:b/>
          <w:shd w:val="clear" w:color="auto" w:fill="FFF2B3"/>
        </w:rPr>
        <w:t>Título do livro</w:t>
      </w:r>
      <w:r>
        <w:t xml:space="preserve">: </w:t>
      </w:r>
      <w:r>
        <w:rPr>
          <w:rStyle w:val="Campoapreencher"/>
          <w:shd w:val="clear" w:color="auto" w:fill="FFF2B3"/>
        </w:rPr>
        <w:t>subtítulo</w:t>
      </w:r>
      <w:r>
        <w:t xml:space="preserve">. </w:t>
      </w:r>
      <w:r>
        <w:rPr>
          <w:rStyle w:val="Campoapreencher"/>
          <w:shd w:val="clear" w:color="auto" w:fill="FFF2B3"/>
        </w:rPr>
        <w:t>número da edição</w:t>
      </w:r>
      <w:r>
        <w:t xml:space="preserve">. ed. </w:t>
      </w:r>
      <w:r>
        <w:rPr>
          <w:rStyle w:val="Campoapreencher"/>
          <w:shd w:val="clear" w:color="auto" w:fill="FFF2B3"/>
        </w:rPr>
        <w:t>Cidade</w:t>
      </w:r>
      <w:r>
        <w:t xml:space="preserve">: </w:t>
      </w:r>
      <w:r>
        <w:rPr>
          <w:rStyle w:val="Campoapreencher"/>
          <w:shd w:val="clear" w:color="auto" w:fill="FFF2B3"/>
        </w:rPr>
        <w:t>Editora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; </w:t>
      </w: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. </w:t>
      </w:r>
      <w:r>
        <w:rPr>
          <w:rStyle w:val="Campoapreencher"/>
          <w:shd w:val="clear" w:color="auto" w:fill="FFF2B3"/>
        </w:rPr>
        <w:t>Título do artigo</w:t>
      </w:r>
      <w:r>
        <w:t xml:space="preserve">. </w:t>
      </w:r>
      <w:r>
        <w:rPr>
          <w:rStyle w:val="Campoapreencher"/>
          <w:b/>
          <w:shd w:val="clear" w:color="auto" w:fill="FFF2B3"/>
        </w:rPr>
        <w:t>Nome da revista</w:t>
      </w:r>
      <w:r>
        <w:t xml:space="preserve">, </w:t>
      </w:r>
      <w:r>
        <w:rPr>
          <w:rStyle w:val="Campoapreencher"/>
          <w:shd w:val="clear" w:color="auto" w:fill="FFF2B3"/>
        </w:rPr>
        <w:t>Cidade</w:t>
      </w:r>
      <w:r>
        <w:t xml:space="preserve">, v. </w:t>
      </w:r>
      <w:r>
        <w:rPr>
          <w:rStyle w:val="Campoapreencher"/>
          <w:shd w:val="clear" w:color="auto" w:fill="FFF2B3"/>
        </w:rPr>
        <w:t>0</w:t>
      </w:r>
      <w:r>
        <w:t xml:space="preserve">, n. </w:t>
      </w:r>
      <w:r>
        <w:rPr>
          <w:rStyle w:val="Campoapreencher"/>
          <w:shd w:val="clear" w:color="auto" w:fill="FFF2B3"/>
        </w:rPr>
        <w:t>0</w:t>
      </w:r>
      <w:r>
        <w:t xml:space="preserve">, p. </w:t>
      </w:r>
      <w:r>
        <w:rPr>
          <w:rStyle w:val="Campoapreencher"/>
          <w:shd w:val="clear" w:color="auto" w:fill="FFF2B3"/>
        </w:rPr>
        <w:t>00-00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. </w:t>
      </w:r>
      <w:r>
        <w:rPr>
          <w:rStyle w:val="Campoapreencher"/>
          <w:b/>
          <w:shd w:val="clear" w:color="auto" w:fill="FFF2B3"/>
        </w:rPr>
        <w:t>Título do trabalho</w:t>
      </w:r>
      <w:r>
        <w:t xml:space="preserve">. </w:t>
      </w:r>
      <w:r>
        <w:rPr>
          <w:rStyle w:val="Campoapreencher"/>
          <w:shd w:val="clear" w:color="auto" w:fill="FFF2B3"/>
        </w:rPr>
        <w:t>Ano</w:t>
      </w:r>
      <w:r>
        <w:t xml:space="preserve">. </w:t>
      </w:r>
      <w:r>
        <w:rPr>
          <w:rStyle w:val="Campoapreencher"/>
          <w:shd w:val="clear" w:color="auto" w:fill="FFF2B3"/>
        </w:rPr>
        <w:t>Tipo: Trabalho de Conclusão de Curso, Dissertação ou Tese</w:t>
      </w:r>
      <w:r>
        <w:t xml:space="preserve"> (</w:t>
      </w:r>
      <w:r>
        <w:rPr>
          <w:rStyle w:val="Campoapreencher"/>
          <w:shd w:val="clear" w:color="auto" w:fill="FFF2B3"/>
        </w:rPr>
        <w:t>Graduação, Mestrado ou Doutorado</w:t>
      </w:r>
      <w:r>
        <w:t xml:space="preserve"> em </w:t>
      </w:r>
      <w:r>
        <w:rPr>
          <w:rStyle w:val="Campoapreencher"/>
          <w:shd w:val="clear" w:color="auto" w:fill="FFF2B3"/>
        </w:rPr>
        <w:t>área</w:t>
      </w:r>
      <w:r>
        <w:t xml:space="preserve">) – </w:t>
      </w:r>
      <w:r>
        <w:rPr>
          <w:rStyle w:val="Campoapreencher"/>
          <w:shd w:val="clear" w:color="auto" w:fill="FFF2B3"/>
        </w:rPr>
        <w:t>Instituição</w:t>
      </w:r>
      <w:r>
        <w:t xml:space="preserve">, </w:t>
      </w: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NOME DO ÓRGÃO OU SOBRENOME</w:t>
      </w:r>
      <w:r>
        <w:t xml:space="preserve">. </w:t>
      </w:r>
      <w:r>
        <w:rPr>
          <w:rStyle w:val="Campoapreencher"/>
          <w:b/>
          <w:shd w:val="clear" w:color="auto" w:fill="FFF2B3"/>
        </w:rPr>
        <w:t>Título da página</w:t>
      </w:r>
      <w:r>
        <w:t xml:space="preserve">. </w:t>
      </w: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 xml:space="preserve">. Disponível em: </w:t>
      </w:r>
      <w:r>
        <w:rPr>
          <w:rStyle w:val="Campoapreencher"/>
          <w:shd w:val="clear" w:color="auto" w:fill="FFF2B3"/>
        </w:rPr>
        <w:t>endereço da página</w:t>
      </w:r>
      <w:r>
        <w:t xml:space="preserve">. Acesso em: </w:t>
      </w:r>
      <w:r>
        <w:rPr>
          <w:rStyle w:val="Campoapreencher"/>
          <w:shd w:val="clear" w:color="auto" w:fill="FFF2B3"/>
        </w:rPr>
        <w:t>dia</w:t>
      </w:r>
      <w:r>
        <w:t xml:space="preserve"> </w:t>
      </w:r>
      <w:r>
        <w:rPr>
          <w:rStyle w:val="Campoapreencher"/>
          <w:shd w:val="clear" w:color="auto" w:fill="FFF2B3"/>
        </w:rPr>
        <w:t>mês abreviado</w:t>
      </w:r>
      <w:r>
        <w:t xml:space="preserve">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pStyle w:val="Títulosemnumeração"/>
      </w:pPr>
      <w:r>
        <w:t xml:space="preserve">APÊNDICE A – </w:t>
      </w:r>
      <w:r>
        <w:rPr>
          <w:rStyle w:val="Campoapreencher"/>
          <w:shd w:val="clear" w:color="auto" w:fill="FFF2B3"/>
        </w:rPr>
        <w:t>TÍTULO DO APÊNDICE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Material feito por você que complementa o trabalho, como o questionário aplicado ou o roteiro de entrevista. Para mais de um apêndice, use as letras seguintes (B, C...).</w:t>
      </w:r>
    </w:p>
    <w:p>
      <w:pPr>
        <w:pStyle w:val="Títulosemnumeração"/>
      </w:pPr>
      <w:r>
        <w:t xml:space="preserve">ANEXO A – </w:t>
      </w:r>
      <w:r>
        <w:rPr>
          <w:rStyle w:val="Campoapreencher"/>
          <w:shd w:val="clear" w:color="auto" w:fill="FFF2B3"/>
        </w:rPr>
        <w:t>TÍTULO DO ANEXO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Documento de outra autoria que serve de apoio, como lei, mapa ou formulário oficial, com a fonte indicada. Para mais de um anexo, use as letras seguintes (B, C...).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134" w:left="1701" w:header="1134" w:footer="709" w:gutter="0"/>
      <w:pgNumType w:start="1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multilevel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before="0" w:line="36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numPr>
        <w:ilvl w:val="0"/>
        <w:numId w:val="90"/>
      </w:numPr>
      <w:spacing w:before="0" w:after="360" w:line="360" w:lineRule="auto"/>
      <w:jc w:val="left"/>
      <w:outlineLvl w:val="0"/>
    </w:pPr>
    <w:rPr>
      <w:b/>
      <w:bCs/>
      <w:i w:val="0"/>
      <w:cap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90"/>
      </w:numPr>
      <w:spacing w:before="360" w:after="360" w:line="360" w:lineRule="auto"/>
      <w:jc w:val="left"/>
      <w:outlineLvl w:val="1"/>
    </w:pPr>
    <w:rPr>
      <w:b w:val="0"/>
      <w:bCs/>
      <w:i w:val="0"/>
      <w:cap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90"/>
      </w:numPr>
      <w:spacing w:before="360" w:after="360" w:line="360" w:lineRule="auto"/>
      <w:jc w:val="left"/>
      <w:outlineLvl w:val="2"/>
    </w:pPr>
    <w:rPr>
      <w:b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360" w:lineRule="auto" w:before="0"/>
      <w:contextualSpacing/>
      <w:jc w:val="center"/>
    </w:pPr>
    <w:rPr>
      <w:b/>
      <w:i w:val="0"/>
      <w:caps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 w:line="360" w:lineRule="auto"/>
      <w:jc w:val="center"/>
    </w:pPr>
    <w:rPr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6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6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40" w:lineRule="auto" w:before="240" w:after="80"/>
      <w:jc w:val="center"/>
    </w:pPr>
    <w:rPr>
      <w:rFonts w:ascii="Times New Roman" w:hAnsi="Times New Roman"/>
      <w:b w:val="0"/>
      <w:bCs/>
      <w:i w:val="0"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 w:before="240" w:after="240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pageBreakBefore/>
      <w:spacing w:after="360" w:line="360" w:lineRule="auto"/>
      <w:jc w:val="center"/>
      <w:outlineLvl w:val="0"/>
    </w:pPr>
    <w:rPr>
      <w:b/>
      <w:i w:val="0"/>
      <w:color w:val="000000"/>
      <w:sz w:val="24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120" w:line="240" w:lineRule="auto"/>
      <w:ind w:left="0"/>
    </w:pPr>
    <w:rPr>
      <w:b/>
      <w:caps/>
      <w:sz w:val="24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120" w:line="240" w:lineRule="auto"/>
      <w:ind w:left="340"/>
    </w:pPr>
    <w:rPr>
      <w:caps/>
      <w:sz w:val="24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120" w:line="240" w:lineRule="auto"/>
      <w:ind w:left="680"/>
    </w:pPr>
    <w:rPr>
      <w:b/>
      <w:sz w:val="24"/>
    </w:rPr>
  </w:style>
  <w:style w:type="paragraph" w:customStyle="1" w:styleId="Títulopré-textual">
    <w:name w:val="Título pré-textual"/>
    <w:basedOn w:val="Normal"/>
    <w:qFormat/>
    <w:pPr>
      <w:keepNext/>
      <w:spacing w:after="360"/>
      <w:jc w:val="center"/>
    </w:pPr>
    <w:rPr>
      <w:b/>
      <w:caps/>
    </w:rPr>
  </w:style>
  <w:style w:type="paragraph" w:customStyle="1" w:styleId="tableoffigures">
    <w:name w:val="table of figures"/>
    <w:basedOn w:val="Normal"/>
    <w:pPr>
      <w:tabs>
        <w:tab w:pos="9071" w:val="right" w:leader="dot"/>
      </w:tabs>
      <w:spacing w:after="12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TCC ou monografia (ABNT)</dc:title>
  <dc:subject>Modelo de TCC com elementos pré-textuais completos, sumário e listas automáticos, apêndice e anexo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