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Style w:val="Campoapreencher"/>
          <w:b/>
          <w:shd w:val="clear" w:color="auto" w:fill="FFF2B3"/>
        </w:rPr>
        <w:t>Senhor(a) Diretor(a), Coordenador(a), Secretário(a) ou o cargo de quem decide o pedido</w:t>
      </w:r>
    </w:p>
    <w:p>
      <w:pPr>
        <w:spacing w:after="0"/>
      </w:pPr>
      <w:r>
        <w:rPr>
          <w:rStyle w:val="Campoapreencher"/>
          <w:shd w:val="clear" w:color="auto" w:fill="FFF2B3"/>
        </w:rPr>
        <w:t>Nome do órgão, da empresa ou da instituição de ensino</w:t>
      </w:r>
    </w:p>
    <w:p>
      <w:pPr>
        <w:spacing w:after="600"/>
      </w:pPr>
      <w:r>
        <w:rPr>
          <w:rStyle w:val="Campoapreencher"/>
          <w:shd w:val="clear" w:color="auto" w:fill="FFF2B3"/>
        </w:rPr>
        <w:t>Setor, se souber (protocolo, secretaria acadêmica, recursos humanos)</w:t>
      </w:r>
    </w:p>
    <w:p>
      <w:pPr>
        <w:pStyle w:val="Title"/>
      </w:pPr>
      <w:r>
        <w:t>Requerimento</w:t>
      </w:r>
    </w:p>
    <w:p>
      <w:pPr>
        <w:ind w:firstLine="709"/>
        <w:jc w:val="both"/>
      </w:pPr>
      <w:r>
        <w:rPr>
          <w:rStyle w:val="Campoapreencher"/>
          <w:shd w:val="clear" w:color="auto" w:fill="FFF2B3"/>
        </w:rPr>
        <w:t>NOME COMPLETO DO REQUERENTE</w:t>
      </w:r>
      <w:r>
        <w:t xml:space="preserve">, </w:t>
      </w:r>
      <w:r>
        <w:rPr>
          <w:rStyle w:val="Campoapreencher"/>
          <w:shd w:val="clear" w:color="auto" w:fill="FFF2B3"/>
        </w:rPr>
        <w:t>nacionalidade</w:t>
      </w:r>
      <w:r>
        <w:t xml:space="preserve">, </w:t>
      </w:r>
      <w:r>
        <w:rPr>
          <w:rStyle w:val="Campoapreencher"/>
          <w:shd w:val="clear" w:color="auto" w:fill="FFF2B3"/>
        </w:rPr>
        <w:t>estado civil</w:t>
      </w:r>
      <w:r>
        <w:t xml:space="preserve">, </w:t>
      </w:r>
      <w:r>
        <w:rPr>
          <w:rStyle w:val="Campoapreencher"/>
          <w:shd w:val="clear" w:color="auto" w:fill="FFF2B3"/>
        </w:rPr>
        <w:t>profissão</w:t>
      </w:r>
      <w:r>
        <w:t xml:space="preserve">, portador(a) do RG nº </w:t>
      </w:r>
      <w:r>
        <w:rPr>
          <w:rStyle w:val="Campoapreencher"/>
          <w:shd w:val="clear" w:color="auto" w:fill="FFF2B3"/>
        </w:rPr>
        <w:t>0000000</w:t>
      </w:r>
      <w:r>
        <w:t xml:space="preserve"> e inscrito(a) no CPF sob o nº </w:t>
      </w:r>
      <w:r>
        <w:rPr>
          <w:rStyle w:val="Campoapreencher"/>
          <w:shd w:val="clear" w:color="auto" w:fill="FFF2B3"/>
        </w:rPr>
        <w:t>000.000.000-00</w:t>
      </w:r>
      <w:r>
        <w:t xml:space="preserve">, residente em </w:t>
      </w:r>
      <w:r>
        <w:rPr>
          <w:rStyle w:val="Campoapreencher"/>
          <w:shd w:val="clear" w:color="auto" w:fill="FFF2B3"/>
        </w:rPr>
        <w:t>endereço completo com CEP</w:t>
      </w:r>
      <w:r>
        <w:t xml:space="preserve">, telefone </w:t>
      </w:r>
      <w:r>
        <w:rPr>
          <w:rStyle w:val="Campoapreencher"/>
          <w:shd w:val="clear" w:color="auto" w:fill="FFF2B3"/>
        </w:rPr>
        <w:t>(00) 00000-0000</w:t>
      </w:r>
      <w:r>
        <w:t xml:space="preserve">, e-mail </w:t>
      </w:r>
      <w:r>
        <w:rPr>
          <w:rStyle w:val="Campoapreencher"/>
          <w:shd w:val="clear" w:color="auto" w:fill="FFF2B3"/>
        </w:rPr>
        <w:t>nome@exemplo.com</w:t>
      </w:r>
      <w:r>
        <w:t xml:space="preserve">, </w:t>
      </w:r>
      <w:r>
        <w:rPr>
          <w:rStyle w:val="Campoapreencher"/>
          <w:shd w:val="clear" w:color="auto" w:fill="FFF2B3"/>
        </w:rPr>
        <w:t>matrícula, número do processo ou do protocolo anterior, se houver</w:t>
      </w:r>
      <w:r>
        <w:t xml:space="preserve">, vem, respeitosamente, requerer </w:t>
      </w:r>
      <w:r>
        <w:rPr>
          <w:rStyle w:val="Campoapreencher"/>
          <w:shd w:val="clear" w:color="auto" w:fill="FFF2B3"/>
        </w:rPr>
        <w:t>o pedido em uma frase direta: a segunda via de um documento, a revisão de uma nota, o cancelamento de um contrato, a cópia de um processo</w:t>
      </w:r>
      <w:r>
        <w:t>.</w:t>
      </w:r>
    </w:p>
    <w:p>
      <w:pPr>
        <w:ind w:firstLine="709"/>
        <w:jc w:val="both"/>
      </w:pPr>
      <w:r>
        <w:t xml:space="preserve">O pedido se justifica porque </w:t>
      </w:r>
      <w:r>
        <w:rPr>
          <w:rStyle w:val="Campoapreencher"/>
          <w:shd w:val="clear" w:color="auto" w:fill="FFF2B3"/>
        </w:rPr>
        <w:t>os fatos, em ordem: o que aconteceu, quando, e por que o pedido é cabível. Se houver norma, regulamento, edital ou cláusula de contrato que apoie o pedido, cite o número</w:t>
      </w:r>
      <w:r>
        <w:t>.</w:t>
      </w:r>
    </w:p>
    <w:p>
      <w:pPr>
        <w:ind w:firstLine="709"/>
        <w:jc w:val="both"/>
      </w:pPr>
      <w:r>
        <w:t xml:space="preserve">Seguem anexos: </w:t>
      </w:r>
      <w:r>
        <w:rPr>
          <w:rStyle w:val="Campoapreencher"/>
          <w:shd w:val="clear" w:color="auto" w:fill="FFF2B3"/>
        </w:rPr>
        <w:t>cópia do documento de identidade, comprovante, declaração ou outro documento que prove o que foi dito; escreva "sem anexos" se não houver</w:t>
      </w:r>
      <w:r>
        <w:t>.</w:t>
      </w:r>
    </w:p>
    <w:p>
      <w:pPr>
        <w:spacing w:after="360"/>
        <w:ind w:firstLine="709"/>
        <w:jc w:val="both"/>
      </w:pPr>
      <w:r>
        <w:t xml:space="preserve">Peço que a resposta seja enviada para </w:t>
      </w:r>
      <w:r>
        <w:rPr>
          <w:rStyle w:val="Campoapreencher"/>
          <w:shd w:val="clear" w:color="auto" w:fill="FFF2B3"/>
        </w:rPr>
        <w:t>e-mail, endereço ou outro meio</w:t>
      </w:r>
      <w:r>
        <w:t>.</w:t>
      </w:r>
    </w:p>
    <w:p>
      <w:pPr>
        <w:spacing w:after="360"/>
        <w:ind w:firstLine="709"/>
        <w:jc w:val="left"/>
      </w:pPr>
      <w:r>
        <w:t>Nestes termos, pede deferimento.</w:t>
      </w:r>
    </w:p>
    <w:p>
      <w:pPr>
        <w:jc w:val="right"/>
      </w:pPr>
      <w:r>
        <w:rPr>
          <w:rStyle w:val="Campoapreencher"/>
          <w:shd w:val="clear" w:color="auto" w:fill="FFF2B3"/>
        </w:rPr>
        <w:t>Cidade</w:t>
      </w:r>
      <w:r>
        <w:t xml:space="preserve">, </w:t>
      </w:r>
      <w:r>
        <w:rPr>
          <w:rStyle w:val="Campoapreencher"/>
          <w:shd w:val="clear" w:color="auto" w:fill="FFF2B3"/>
        </w:rPr>
        <w:t>dd</w:t>
      </w:r>
      <w:r>
        <w:t xml:space="preserve"> de </w:t>
      </w:r>
      <w:r>
        <w:rPr>
          <w:rStyle w:val="Campoapreencher"/>
          <w:shd w:val="clear" w:color="auto" w:fill="FFF2B3"/>
        </w:rPr>
        <w:t>mês</w:t>
      </w:r>
      <w:r>
        <w:t xml:space="preserve"> de </w:t>
      </w:r>
      <w:r>
        <w:rPr>
          <w:rStyle w:val="Campoapreencher"/>
          <w:shd w:val="clear" w:color="auto" w:fill="FFF2B3"/>
        </w:rPr>
        <w:t>aaaa</w:t>
      </w:r>
      <w:r>
        <w:t>.</w:t>
      </w:r>
    </w:p>
    <w:p>
      <w:pPr>
        <w:keepNext/>
        <w:spacing w:after="0" w:before="720" w:line="240" w:lineRule="auto"/>
        <w:jc w:val="center"/>
      </w:pPr>
      <w:r>
        <w:t>______________________________________</w:t>
      </w:r>
    </w:p>
    <w:p>
      <w:pPr>
        <w:spacing w:after="120" w:before="40" w:line="240" w:lineRule="auto"/>
        <w:jc w:val="center"/>
      </w:pPr>
      <w:r>
        <w:rPr>
          <w:rStyle w:val="Campoapreencher"/>
          <w:shd w:val="clear" w:color="auto" w:fill="FFF2B3"/>
        </w:rPr>
        <w:t>Nome completo do requerente</w:t>
      </w:r>
    </w:p>
    <w:sectPr w:rsidR="00FC693F" w:rsidRPr="0006063C" w:rsidSect="00034616">
      <w:footerReference w:type="default" r:id="rId9"/>
      <w:pgSz w:w="11906" w:h="16838"/>
      <w:pgMar w:top="1417" w:right="1417" w:bottom="1417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20"/>
      </w:rPr>
      <w:t>Modelo de uso geral. Confira se o órgão, a empresa ou a escola tem formulário próprio antes de usar.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before="0" w:line="360" w:lineRule="auto"/>
    </w:pPr>
    <w:rPr>
      <w:rFonts w:ascii="Arial" w:hAnsi="Arial" w:eastAsia="Arial" w:cs="Arial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 w:line="360" w:lineRule="auto"/>
      <w:outlineLvl w:val="0"/>
    </w:pPr>
    <w:rPr>
      <w:b/>
      <w:bCs/>
      <w:i w:val="0"/>
      <w:color w:val="1F293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360" w:lineRule="auto"/>
      <w:outlineLvl w:val="1"/>
    </w:pPr>
    <w:rPr>
      <w:b/>
      <w:bCs/>
      <w:i w:val="0"/>
      <w:color w:val="1F2937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360" w:lineRule="auto"/>
      <w:outlineLvl w:val="2"/>
    </w:pPr>
    <w:rPr>
      <w:b/>
      <w:bCs/>
      <w:i w:val="0"/>
      <w:color w:val="1F2937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 w:before="0"/>
      <w:contextualSpacing/>
      <w:jc w:val="center"/>
    </w:pPr>
    <w:rPr>
      <w:b/>
      <w:i w:val="0"/>
      <w:color w:val="1F2937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b w:val="0"/>
      <w:i/>
      <w:iCs/>
      <w:color w:val="4B5563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360" w:lineRule="auto"/>
      <w:contextualSpacing/>
    </w:pPr>
    <w:rPr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360" w:lineRule="auto"/>
      <w:contextualSpacing/>
    </w:pPr>
    <w:rPr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mpoapreencher">
    <w:name w:val="Campo a preencher"/>
    <w:basedOn w:val="DefaultParagraphFont"/>
    <w:qFormat/>
  </w:style>
  <w:style w:type="paragraph" w:customStyle="1" w:styleId="Citaçãolonga">
    <w:name w:val="Citação longa"/>
    <w:basedOn w:val="Normal"/>
    <w:qFormat/>
    <w:pPr>
      <w:spacing w:line="240" w:lineRule="auto"/>
      <w:ind w:left="2268"/>
      <w:jc w:val="both"/>
    </w:pPr>
    <w:rPr>
      <w:sz w:val="20"/>
    </w:rPr>
  </w:style>
  <w:style w:type="paragraph" w:customStyle="1" w:styleId="Textodetabela">
    <w:name w:val="Texto de tabela"/>
    <w:basedOn w:val="Normal"/>
    <w:qFormat/>
    <w:pPr>
      <w:spacing w:after="40" w:before="40" w:line="240" w:lineRule="auto"/>
    </w:pPr>
    <w:rPr>
      <w:sz w:val="23"/>
    </w:rPr>
  </w:style>
  <w:style w:type="paragraph" w:customStyle="1" w:styleId="Títulosemnumeração">
    <w:name w:val="Título sem numeração"/>
    <w:basedOn w:val="Normal"/>
    <w:qFormat/>
    <w:pPr>
      <w:keepNext/>
      <w:spacing w:after="240"/>
      <w:jc w:val="center"/>
      <w:outlineLvl w:val="0"/>
    </w:pPr>
    <w:rPr>
      <w:b/>
      <w:i w:val="0"/>
      <w:color w:val="1F2937"/>
      <w:sz w:val="30"/>
    </w:rPr>
  </w:style>
  <w:style w:type="paragraph" w:customStyle="1" w:styleId="toc1">
    <w:name w:val="toc 1"/>
    <w:basedOn w:val="Normal"/>
    <w:pPr>
      <w:tabs>
        <w:tab w:pos="8787" w:val="right" w:leader="dot"/>
      </w:tabs>
      <w:spacing w:after="80" w:line="240" w:lineRule="auto"/>
      <w:ind w:left="0"/>
    </w:pPr>
    <w:rPr>
      <w:sz w:val="24"/>
    </w:rPr>
  </w:style>
  <w:style w:type="paragraph" w:customStyle="1" w:styleId="toc2">
    <w:name w:val="toc 2"/>
    <w:basedOn w:val="Normal"/>
    <w:pPr>
      <w:tabs>
        <w:tab w:pos="8787" w:val="right" w:leader="dot"/>
      </w:tabs>
      <w:spacing w:after="80" w:line="240" w:lineRule="auto"/>
      <w:ind w:left="340"/>
    </w:pPr>
    <w:rPr>
      <w:sz w:val="24"/>
    </w:rPr>
  </w:style>
  <w:style w:type="paragraph" w:customStyle="1" w:styleId="toc3">
    <w:name w:val="toc 3"/>
    <w:basedOn w:val="Normal"/>
    <w:pPr>
      <w:tabs>
        <w:tab w:pos="8787" w:val="right" w:leader="dot"/>
      </w:tabs>
      <w:spacing w:after="80" w:line="240" w:lineRule="auto"/>
      <w:ind w:left="680"/>
    </w:pPr>
    <w:rPr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</dc:title>
  <dc:subject>Requerimento a órgão público, empresa ou instituição de ensino</dc:subject>
  <dc:creator>Word na prática</dc:creator>
  <cp:keywords/>
  <dc:description>Modelo gratuito de baixarword.com.br. Os trechos em amarelo são os campos a preencher.</dc:description>
  <cp:lastModifiedBy>Word na prática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