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RECIBO</w:t>
      </w:r>
    </w:p>
    <w:tbl>
      <w:tblPr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5"/>
          </w:tcPr>
          <w:p>
            <w:pPr>
              <w:pStyle w:val="Textodetabela"/>
              <w:jc w:val="left"/>
            </w:pPr>
            <w:r>
              <w:t xml:space="preserve">Recibo nº </w:t>
            </w:r>
            <w:r>
              <w:rPr>
                <w:rStyle w:val="Campoapreencher"/>
                <w:shd w:val="clear" w:color="auto" w:fill="FFF2B3"/>
              </w:rPr>
              <w:t>001</w:t>
            </w:r>
          </w:p>
        </w:tc>
        <w:tc>
          <w:tcPr>
            <w:tcW w:type="dxa" w:w="4535"/>
          </w:tcPr>
          <w:p>
            <w:pPr>
              <w:pStyle w:val="Textodetabela"/>
              <w:jc w:val="right"/>
            </w:pPr>
            <w:r>
              <w:t xml:space="preserve">Valor: </w:t>
            </w:r>
            <w:r>
              <w:rPr>
                <w:rStyle w:val="Campoapreencher"/>
                <w:b/>
                <w:shd w:val="clear" w:color="auto" w:fill="FFF2B3"/>
              </w:rPr>
              <w:t>R$ 0,00</w:t>
            </w:r>
          </w:p>
        </w:tc>
      </w:tr>
    </w:tbl>
    <w:p>
      <w:pPr>
        <w:spacing w:after="0" w:before="0" w:line="120" w:lineRule="exact"/>
      </w:pPr>
    </w:p>
    <w:p>
      <w:pPr>
        <w:spacing w:before="160"/>
        <w:jc w:val="both"/>
      </w:pPr>
      <w:r>
        <w:t xml:space="preserve">Recebi de </w:t>
      </w:r>
      <w:r>
        <w:rPr>
          <w:rStyle w:val="Campoapreencher"/>
          <w:shd w:val="clear" w:color="auto" w:fill="FFF2B3"/>
        </w:rPr>
        <w:t>nome completo ou razão social de quem pagou</w:t>
      </w:r>
      <w:r>
        <w:t xml:space="preserve">, inscrito(a) no CPF/CNPJ sob o nº </w:t>
      </w:r>
      <w:r>
        <w:rPr>
          <w:rStyle w:val="Campoapreencher"/>
          <w:shd w:val="clear" w:color="auto" w:fill="FFF2B3"/>
        </w:rPr>
        <w:t>000.000.000-00</w:t>
      </w:r>
      <w:r>
        <w:t xml:space="preserve">, a importância de </w:t>
      </w:r>
      <w:r>
        <w:rPr>
          <w:rStyle w:val="Campoapreencher"/>
          <w:b/>
          <w:shd w:val="clear" w:color="auto" w:fill="FFF2B3"/>
        </w:rPr>
        <w:t>R$ 0,00</w:t>
      </w:r>
      <w:r>
        <w:t xml:space="preserve"> (</w:t>
      </w:r>
      <w:r>
        <w:rPr>
          <w:rStyle w:val="Campoapreencher"/>
          <w:shd w:val="clear" w:color="auto" w:fill="FFF2B3"/>
        </w:rPr>
        <w:t>valor por extenso</w:t>
      </w:r>
      <w:r>
        <w:t xml:space="preserve">), referente a </w:t>
      </w:r>
      <w:r>
        <w:rPr>
          <w:rStyle w:val="Campoapreencher"/>
          <w:shd w:val="clear" w:color="auto" w:fill="FFF2B3"/>
        </w:rPr>
        <w:t>descrição do que foi pago: serviço, produto, aluguel do mês, outro</w:t>
      </w:r>
      <w:r>
        <w:t>.</w:t>
      </w:r>
    </w:p>
    <w:p>
      <w:pPr>
        <w:jc w:val="left"/>
      </w:pPr>
      <w:r>
        <w:t xml:space="preserve">Forma de pagamento: (   ) dinheiro  (   ) Pix  (   ) transferência  (   ) outra: </w:t>
      </w:r>
      <w:r>
        <w:rPr>
          <w:rStyle w:val="Campoapreencher"/>
          <w:shd w:val="clear" w:color="auto" w:fill="FFF2B3"/>
        </w:rPr>
        <w:t>qual</w:t>
      </w:r>
    </w:p>
    <w:p>
      <w:pPr>
        <w:jc w:val="left"/>
      </w:pPr>
      <w:r>
        <w:t xml:space="preserve">Data do pagamento: </w:t>
      </w:r>
      <w:r>
        <w:rPr>
          <w:rStyle w:val="Campoapreencher"/>
          <w:shd w:val="clear" w:color="auto" w:fill="FFF2B3"/>
        </w:rPr>
        <w:t>dd/mm/aaaa</w:t>
      </w:r>
      <w:r>
        <w:t xml:space="preserve">. Local do pagamento: </w:t>
      </w:r>
      <w:r>
        <w:rPr>
          <w:rStyle w:val="Campoapreencher"/>
          <w:shd w:val="clear" w:color="auto" w:fill="FFF2B3"/>
        </w:rPr>
        <w:t>cidade/UF</w:t>
      </w:r>
      <w:r>
        <w:t>.</w:t>
      </w:r>
    </w:p>
    <w:p>
      <w:pPr>
        <w:spacing w:after="400"/>
        <w:jc w:val="both"/>
      </w:pPr>
      <w:r>
        <w:t>Pelo valor recebido, dou plena e geral quitação do pagamento descrito neste recibo.</w:t>
      </w:r>
    </w:p>
    <w:p>
      <w:pPr>
        <w:jc w:val="right"/>
      </w:pPr>
      <w:r>
        <w:rPr>
          <w:rStyle w:val="Campoapreencher"/>
          <w:shd w:val="clear" w:color="auto" w:fill="FFF2B3"/>
        </w:rPr>
        <w:t>Cidade</w:t>
      </w:r>
      <w:r>
        <w:t>/</w:t>
      </w:r>
      <w:r>
        <w:rPr>
          <w:rStyle w:val="Campoapreencher"/>
          <w:shd w:val="clear" w:color="auto" w:fill="FFF2B3"/>
        </w:rPr>
        <w:t>UF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keepNext/>
        <w:spacing w:after="0" w:before="800" w:line="240" w:lineRule="auto"/>
        <w:jc w:val="center"/>
      </w:pPr>
      <w:r>
        <w:t>____________________________________________</w:t>
      </w:r>
    </w:p>
    <w:p>
      <w:pPr>
        <w:spacing w:after="120" w:before="60" w:line="276" w:lineRule="auto"/>
        <w:jc w:val="center"/>
      </w:pPr>
      <w:r>
        <w:rPr>
          <w:rStyle w:val="Campoapreencher"/>
          <w:shd w:val="clear" w:color="auto" w:fill="FFF2B3"/>
        </w:rPr>
        <w:t>Nome completo ou razão social de quem recebeu</w:t>
      </w:r>
      <w:r>
        <w:br/>
        <w:t xml:space="preserve">CPF/CNPJ: </w:t>
      </w:r>
      <w:r>
        <w:rPr>
          <w:rStyle w:val="Campoapreencher"/>
          <w:shd w:val="clear" w:color="auto" w:fill="FFF2B3"/>
        </w:rPr>
        <w:t>000.000.000-00</w:t>
      </w:r>
    </w:p>
    <w:p>
      <w:pPr>
        <w:spacing w:after="0" w:before="0" w:line="280" w:lineRule="exact"/>
      </w:pPr>
    </w:p>
    <w:p>
      <w:pPr>
        <w:spacing w:line="276" w:lineRule="auto"/>
      </w:pPr>
      <w:r>
        <w:rPr>
          <w:sz w:val="20"/>
        </w:rPr>
        <w:t xml:space="preserve">Endereço ou contato de quem recebeu (opcional): </w:t>
      </w:r>
      <w:r>
        <w:rPr>
          <w:rStyle w:val="Campoapreencher"/>
          <w:sz w:val="20"/>
          <w:shd w:val="clear" w:color="auto" w:fill="FFF2B3"/>
        </w:rPr>
        <w:t>endereço, telefone ou e-mail</w:t>
      </w:r>
    </w:p>
    <w:p>
      <w:pPr>
        <w:spacing w:after="0"/>
      </w:pPr>
      <w:r>
        <w:br w:type="page"/>
      </w:r>
    </w:p>
    <w:p>
      <w:pPr>
        <w:pStyle w:val="Title"/>
      </w:pPr>
      <w:r>
        <w:t>RECIBO DE PARCELA</w:t>
      </w:r>
    </w:p>
    <w:tbl>
      <w:tblPr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3"/>
      </w:tblGrid>
      <w:tr>
        <w:tc>
          <w:tcPr>
            <w:tcW w:type="dxa" w:w="3969"/>
          </w:tcPr>
          <w:p>
            <w:pPr>
              <w:pStyle w:val="Textodetabela"/>
              <w:jc w:val="left"/>
            </w:pPr>
            <w:r>
              <w:t xml:space="preserve">Recibo nº </w:t>
            </w:r>
            <w:r>
              <w:rPr>
                <w:rStyle w:val="Campoapreencher"/>
                <w:shd w:val="clear" w:color="auto" w:fill="FFF2B3"/>
              </w:rPr>
              <w:t>001</w:t>
            </w:r>
          </w:p>
        </w:tc>
        <w:tc>
          <w:tcPr>
            <w:tcW w:type="dxa" w:w="5102"/>
          </w:tcPr>
          <w:p>
            <w:pPr>
              <w:pStyle w:val="Textodetabela"/>
              <w:jc w:val="right"/>
            </w:pPr>
            <w:r>
              <w:t xml:space="preserve">Valor desta parcela: </w:t>
            </w:r>
            <w:r>
              <w:rPr>
                <w:rStyle w:val="Campoapreencher"/>
                <w:b/>
                <w:shd w:val="clear" w:color="auto" w:fill="FFF2B3"/>
              </w:rPr>
              <w:t>R$ 0,00</w:t>
            </w:r>
          </w:p>
        </w:tc>
      </w:tr>
    </w:tbl>
    <w:p>
      <w:pPr>
        <w:spacing w:after="0" w:before="0" w:line="120" w:lineRule="exact"/>
      </w:pPr>
    </w:p>
    <w:p>
      <w:pPr>
        <w:spacing w:before="160"/>
        <w:jc w:val="both"/>
      </w:pPr>
      <w:r>
        <w:t xml:space="preserve">Recebi de </w:t>
      </w:r>
      <w:r>
        <w:rPr>
          <w:rStyle w:val="Campoapreencher"/>
          <w:shd w:val="clear" w:color="auto" w:fill="FFF2B3"/>
        </w:rPr>
        <w:t>nome completo ou razão social de quem pagou</w:t>
      </w:r>
      <w:r>
        <w:t xml:space="preserve">, inscrito(a) no CPF/CNPJ sob o nº </w:t>
      </w:r>
      <w:r>
        <w:rPr>
          <w:rStyle w:val="Campoapreencher"/>
          <w:shd w:val="clear" w:color="auto" w:fill="FFF2B3"/>
        </w:rPr>
        <w:t>000.000.000-00</w:t>
      </w:r>
      <w:r>
        <w:t xml:space="preserve">, a importância de </w:t>
      </w:r>
      <w:r>
        <w:rPr>
          <w:rStyle w:val="Campoapreencher"/>
          <w:b/>
          <w:shd w:val="clear" w:color="auto" w:fill="FFF2B3"/>
        </w:rPr>
        <w:t>R$ 0,00</w:t>
      </w:r>
      <w:r>
        <w:t xml:space="preserve"> (</w:t>
      </w:r>
      <w:r>
        <w:rPr>
          <w:rStyle w:val="Campoapreencher"/>
          <w:shd w:val="clear" w:color="auto" w:fill="FFF2B3"/>
        </w:rPr>
        <w:t>valor por extenso</w:t>
      </w:r>
      <w:r>
        <w:t xml:space="preserve">), correspondente à </w:t>
      </w:r>
      <w:r>
        <w:rPr>
          <w:b/>
        </w:rPr>
        <w:t xml:space="preserve">parcela </w:t>
      </w:r>
      <w:r>
        <w:rPr>
          <w:rStyle w:val="Campoapreencher"/>
          <w:b/>
          <w:shd w:val="clear" w:color="auto" w:fill="FFF2B3"/>
        </w:rPr>
        <w:t>nº</w:t>
      </w:r>
      <w:r>
        <w:rPr>
          <w:b/>
        </w:rPr>
        <w:t xml:space="preserve"> de </w:t>
      </w:r>
      <w:r>
        <w:rPr>
          <w:rStyle w:val="Campoapreencher"/>
          <w:b/>
          <w:shd w:val="clear" w:color="auto" w:fill="FFF2B3"/>
        </w:rPr>
        <w:t>total de parcelas</w:t>
      </w:r>
      <w:r>
        <w:t xml:space="preserve"> do pagamento de </w:t>
      </w:r>
      <w:r>
        <w:rPr>
          <w:rStyle w:val="Campoapreencher"/>
          <w:shd w:val="clear" w:color="auto" w:fill="FFF2B3"/>
        </w:rPr>
        <w:t>descrição do que foi combinado</w:t>
      </w:r>
      <w:r>
        <w:t>.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396" w:hRule="atLeast"/>
        </w:trPr>
        <w:tc>
          <w:tcPr>
            <w:tcW w:type="dxa" w:w="4535"/>
          </w:tcPr>
          <w:p>
            <w:pPr>
              <w:pStyle w:val="Textodetabela"/>
            </w:pPr>
            <w:r>
              <w:rPr>
                <w:b/>
              </w:rPr>
              <w:t>Valor total combinado</w:t>
            </w:r>
          </w:p>
        </w:tc>
        <w:tc>
          <w:tcPr>
            <w:tcW w:type="dxa" w:w="453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R$ 0,00</w:t>
            </w:r>
          </w:p>
        </w:tc>
      </w:tr>
      <w:tr>
        <w:trPr>
          <w:trHeight w:val="396" w:hRule="atLeast"/>
        </w:trPr>
        <w:tc>
          <w:tcPr>
            <w:tcW w:type="dxa" w:w="4535"/>
          </w:tcPr>
          <w:p>
            <w:pPr>
              <w:pStyle w:val="Textodetabela"/>
            </w:pPr>
            <w:r>
              <w:rPr>
                <w:b/>
              </w:rPr>
              <w:t>Parcelas já pagas, incluindo esta</w:t>
            </w:r>
          </w:p>
        </w:tc>
        <w:tc>
          <w:tcPr>
            <w:tcW w:type="dxa" w:w="453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nº</w:t>
            </w:r>
            <w:r>
              <w:t xml:space="preserve"> de </w:t>
            </w:r>
            <w:r>
              <w:rPr>
                <w:rStyle w:val="Campoapreencher"/>
                <w:shd w:val="clear" w:color="auto" w:fill="FFF2B3"/>
              </w:rPr>
              <w:t>total</w:t>
            </w:r>
          </w:p>
        </w:tc>
      </w:tr>
      <w:tr>
        <w:trPr>
          <w:trHeight w:val="396" w:hRule="atLeast"/>
        </w:trPr>
        <w:tc>
          <w:tcPr>
            <w:tcW w:type="dxa" w:w="4535"/>
          </w:tcPr>
          <w:p>
            <w:pPr>
              <w:pStyle w:val="Textodetabela"/>
            </w:pPr>
            <w:r>
              <w:rPr>
                <w:b/>
              </w:rPr>
              <w:t>Valor já recebido, incluindo esta</w:t>
            </w:r>
          </w:p>
        </w:tc>
        <w:tc>
          <w:tcPr>
            <w:tcW w:type="dxa" w:w="453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R$ 0,00</w:t>
            </w:r>
          </w:p>
        </w:tc>
      </w:tr>
      <w:tr>
        <w:trPr>
          <w:trHeight w:val="396" w:hRule="atLeast"/>
        </w:trPr>
        <w:tc>
          <w:tcPr>
            <w:tcW w:type="dxa" w:w="4535"/>
          </w:tcPr>
          <w:p>
            <w:pPr>
              <w:pStyle w:val="Textodetabela"/>
            </w:pPr>
            <w:r>
              <w:rPr>
                <w:b/>
              </w:rPr>
              <w:t>Saldo a pagar</w:t>
            </w:r>
          </w:p>
        </w:tc>
        <w:tc>
          <w:tcPr>
            <w:tcW w:type="dxa" w:w="453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R$ 0,00</w:t>
            </w:r>
          </w:p>
        </w:tc>
      </w:tr>
      <w:tr>
        <w:trPr>
          <w:trHeight w:val="396" w:hRule="atLeast"/>
        </w:trPr>
        <w:tc>
          <w:tcPr>
            <w:tcW w:type="dxa" w:w="4535"/>
          </w:tcPr>
          <w:p>
            <w:pPr>
              <w:pStyle w:val="Textodetabela"/>
            </w:pPr>
            <w:r>
              <w:rPr>
                <w:b/>
              </w:rPr>
              <w:t>Vencimento da próxima parcela</w:t>
            </w:r>
          </w:p>
        </w:tc>
        <w:tc>
          <w:tcPr>
            <w:tcW w:type="dxa" w:w="453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 ou "não há"</w:t>
            </w:r>
          </w:p>
        </w:tc>
      </w:tr>
    </w:tbl>
    <w:p>
      <w:pPr>
        <w:spacing w:after="0" w:before="0" w:line="120" w:lineRule="exact"/>
      </w:pPr>
    </w:p>
    <w:p>
      <w:pPr>
        <w:spacing w:before="80"/>
        <w:jc w:val="left"/>
      </w:pPr>
      <w:r>
        <w:t xml:space="preserve">Forma de pagamento: (   ) dinheiro  (   ) Pix  (   ) transferência  (   ) outra: </w:t>
      </w:r>
      <w:r>
        <w:rPr>
          <w:rStyle w:val="Campoapreencher"/>
          <w:shd w:val="clear" w:color="auto" w:fill="FFF2B3"/>
        </w:rPr>
        <w:t>qual</w:t>
      </w:r>
    </w:p>
    <w:p>
      <w:pPr>
        <w:jc w:val="left"/>
      </w:pPr>
      <w:r>
        <w:t xml:space="preserve">Data do pagamento: </w:t>
      </w:r>
      <w:r>
        <w:rPr>
          <w:rStyle w:val="Campoapreencher"/>
          <w:shd w:val="clear" w:color="auto" w:fill="FFF2B3"/>
        </w:rPr>
        <w:t>dd/mm/aaaa</w:t>
      </w:r>
      <w:r>
        <w:t xml:space="preserve">. Local do pagamento: </w:t>
      </w:r>
      <w:r>
        <w:rPr>
          <w:rStyle w:val="Campoapreencher"/>
          <w:shd w:val="clear" w:color="auto" w:fill="FFF2B3"/>
        </w:rPr>
        <w:t>cidade/UF</w:t>
      </w:r>
      <w:r>
        <w:t>.</w:t>
      </w:r>
    </w:p>
    <w:p>
      <w:pPr>
        <w:spacing w:after="360"/>
        <w:jc w:val="both"/>
      </w:pPr>
      <w:r>
        <w:t>Dou quitação somente do valor desta parcela. O saldo indicado acima continua a pagar.</w:t>
      </w:r>
    </w:p>
    <w:p>
      <w:pPr>
        <w:jc w:val="right"/>
      </w:pPr>
      <w:r>
        <w:rPr>
          <w:rStyle w:val="Campoapreencher"/>
          <w:shd w:val="clear" w:color="auto" w:fill="FFF2B3"/>
        </w:rPr>
        <w:t>Cidade</w:t>
      </w:r>
      <w:r>
        <w:t>/</w:t>
      </w:r>
      <w:r>
        <w:rPr>
          <w:rStyle w:val="Campoapreencher"/>
          <w:shd w:val="clear" w:color="auto" w:fill="FFF2B3"/>
        </w:rPr>
        <w:t>UF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keepNext/>
        <w:spacing w:after="0" w:before="720" w:line="240" w:lineRule="auto"/>
        <w:jc w:val="center"/>
      </w:pPr>
      <w:r>
        <w:t>____________________________________________</w:t>
      </w:r>
    </w:p>
    <w:p>
      <w:pPr>
        <w:spacing w:after="120" w:before="60" w:line="276" w:lineRule="auto"/>
        <w:jc w:val="center"/>
      </w:pPr>
      <w:r>
        <w:rPr>
          <w:rStyle w:val="Campoapreencher"/>
          <w:shd w:val="clear" w:color="auto" w:fill="FFF2B3"/>
        </w:rPr>
        <w:t>Nome completo ou razão social de quem recebeu</w:t>
      </w:r>
      <w:r>
        <w:br/>
        <w:t xml:space="preserve">CPF/CNPJ: </w:t>
      </w:r>
      <w:r>
        <w:rPr>
          <w:rStyle w:val="Campoapreencher"/>
          <w:shd w:val="clear" w:color="auto" w:fill="FFF2B3"/>
        </w:rPr>
        <w:t>000.000.000-00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20"/>
      </w:rPr>
      <w:t>Modelo de uso geral. Recibo não substitui nota fiscal quando ela for obrigatória.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200" w:before="0" w:line="336" w:lineRule="auto"/>
    </w:pPr>
    <w:rPr>
      <w:rFonts w:ascii="Arial" w:hAnsi="Arial" w:eastAsia="Arial" w:cs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336" w:lineRule="auto"/>
      <w:outlineLvl w:val="0"/>
    </w:pPr>
    <w:rPr>
      <w:b/>
      <w:bCs/>
      <w:i w:val="0"/>
      <w:color w:val="1F29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36" w:lineRule="auto"/>
      <w:outlineLvl w:val="1"/>
    </w:pPr>
    <w:rPr>
      <w:b/>
      <w:bCs/>
      <w:i w:val="0"/>
      <w:color w:val="1F2937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336" w:lineRule="auto"/>
      <w:outlineLvl w:val="2"/>
    </w:pPr>
    <w:rPr>
      <w:b/>
      <w:bCs/>
      <w:i w:val="0"/>
      <w:color w:val="1F293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336" w:lineRule="auto"/>
      <w:contextualSpacing/>
    </w:pPr>
    <w:rPr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336" w:lineRule="auto"/>
      <w:contextualSpacing/>
    </w:pPr>
    <w:rPr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20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3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30"/>
    </w:rPr>
  </w:style>
  <w:style w:type="paragraph" w:customStyle="1" w:styleId="toc1">
    <w:name w:val="toc 1"/>
    <w:basedOn w:val="Normal"/>
    <w:pPr>
      <w:tabs>
        <w:tab w:pos="9071" w:val="right" w:leader="dot"/>
      </w:tabs>
      <w:spacing w:after="80" w:line="240" w:lineRule="auto"/>
      <w:ind w:left="0"/>
    </w:pPr>
    <w:rPr>
      <w:sz w:val="24"/>
    </w:rPr>
  </w:style>
  <w:style w:type="paragraph" w:customStyle="1" w:styleId="toc2">
    <w:name w:val="toc 2"/>
    <w:basedOn w:val="Normal"/>
    <w:pPr>
      <w:tabs>
        <w:tab w:pos="9071" w:val="right" w:leader="dot"/>
      </w:tabs>
      <w:spacing w:after="80" w:line="240" w:lineRule="auto"/>
      <w:ind w:left="340"/>
    </w:pPr>
    <w:rPr>
      <w:sz w:val="24"/>
    </w:rPr>
  </w:style>
  <w:style w:type="paragraph" w:customStyle="1" w:styleId="toc3">
    <w:name w:val="toc 3"/>
    <w:basedOn w:val="Normal"/>
    <w:pPr>
      <w:tabs>
        <w:tab w:pos="9071" w:val="right" w:leader="dot"/>
      </w:tabs>
      <w:spacing w:after="80" w:line="240" w:lineRule="auto"/>
      <w:ind w:left="680"/>
    </w:pPr>
    <w:rPr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simples</dc:title>
  <dc:subject>Recibo de pagamento integral e recibo de parcela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