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 de 53</w:t>
      </w:r>
    </w:p>
    <w:p>
      <w:pPr>
        <w:spacing w:after="120"/>
        <w:jc w:val="left"/>
      </w:pPr>
      <w:r>
        <w:rPr>
          <w:b/>
          <w:sz w:val="32"/>
        </w:rPr>
        <w:t>28/12/2026 a 03/01/2027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Em uma frase, o que torna esta semana boa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28/12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29/12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30/12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31/12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01/01</w:t>
              <w:br/>
              <w:t>Confrat. Universal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02/01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03/01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  <w:r>
              <w:rPr>
                <w:rStyle w:val="Campoapreencher"/>
                <w:shd w:val="clear" w:color="auto" w:fill="FFF2B3"/>
              </w:rPr>
              <w:t>Hábito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 de 53</w:t>
      </w:r>
    </w:p>
    <w:p>
      <w:pPr>
        <w:spacing w:after="120"/>
        <w:jc w:val="left"/>
      </w:pPr>
      <w:r>
        <w:rPr>
          <w:b/>
          <w:sz w:val="32"/>
        </w:rPr>
        <w:t>04/01/2027 a 10/01/2027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04/01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05/01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06/01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07/01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08/01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09/01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10/01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 de 53</w:t>
      </w:r>
    </w:p>
    <w:p>
      <w:pPr>
        <w:spacing w:after="120"/>
        <w:jc w:val="left"/>
      </w:pPr>
      <w:r>
        <w:rPr>
          <w:b/>
          <w:sz w:val="32"/>
        </w:rPr>
        <w:t>11/01/2027 a 17/01/2027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11/01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12/01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13/01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14/01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15/01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16/01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17/01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 de 53</w:t>
      </w:r>
    </w:p>
    <w:p>
      <w:pPr>
        <w:spacing w:after="120"/>
        <w:jc w:val="left"/>
      </w:pPr>
      <w:r>
        <w:rPr>
          <w:b/>
          <w:sz w:val="32"/>
        </w:rPr>
        <w:t>18/01/2027 a 24/01/2027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18/01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19/01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20/01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21/01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22/01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23/01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24/01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5 de 53</w:t>
      </w:r>
    </w:p>
    <w:p>
      <w:pPr>
        <w:spacing w:after="120"/>
        <w:jc w:val="left"/>
      </w:pPr>
      <w:r>
        <w:rPr>
          <w:b/>
          <w:sz w:val="32"/>
        </w:rPr>
        <w:t>25/01/2027 a 31/01/2027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25/01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26/01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27/01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28/01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29/01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30/01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31/01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6 de 53</w:t>
      </w:r>
    </w:p>
    <w:p>
      <w:pPr>
        <w:spacing w:after="120"/>
        <w:jc w:val="left"/>
      </w:pPr>
      <w:r>
        <w:rPr>
          <w:b/>
          <w:sz w:val="32"/>
        </w:rPr>
        <w:t>01/02/2027 a 07/02/2027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01/02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02/02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03/02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04/02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05/02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06/02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07/02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7 de 53</w:t>
      </w:r>
    </w:p>
    <w:p>
      <w:pPr>
        <w:spacing w:after="120"/>
        <w:jc w:val="left"/>
      </w:pPr>
      <w:r>
        <w:rPr>
          <w:b/>
          <w:sz w:val="32"/>
        </w:rPr>
        <w:t>08/02/2027 a 14/02/2027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08/02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09/02</w:t>
              <w:br/>
              <w:t>Carnaval (facult.)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10/02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11/02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12/02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13/02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14/02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8 de 53</w:t>
      </w:r>
    </w:p>
    <w:p>
      <w:pPr>
        <w:spacing w:after="120"/>
        <w:jc w:val="left"/>
      </w:pPr>
      <w:r>
        <w:rPr>
          <w:b/>
          <w:sz w:val="32"/>
        </w:rPr>
        <w:t>15/02/2027 a 21/02/2027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15/02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16/02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17/02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18/02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19/02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20/02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21/02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9 de 53</w:t>
      </w:r>
    </w:p>
    <w:p>
      <w:pPr>
        <w:spacing w:after="120"/>
        <w:jc w:val="left"/>
      </w:pPr>
      <w:r>
        <w:rPr>
          <w:b/>
          <w:sz w:val="32"/>
        </w:rPr>
        <w:t>22/02/2027 a 28/02/2027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22/02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23/02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24/02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25/02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26/02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27/02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28/02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10 de 53</w:t>
      </w:r>
    </w:p>
    <w:p>
      <w:pPr>
        <w:spacing w:after="120"/>
        <w:jc w:val="left"/>
      </w:pPr>
      <w:r>
        <w:rPr>
          <w:b/>
          <w:sz w:val="32"/>
        </w:rPr>
        <w:t>01/03/2027 a 07/03/2027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01/03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02/03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03/03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04/03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05/03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06/03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07/03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11 de 53</w:t>
      </w:r>
    </w:p>
    <w:p>
      <w:pPr>
        <w:spacing w:after="120"/>
        <w:jc w:val="left"/>
      </w:pPr>
      <w:r>
        <w:rPr>
          <w:b/>
          <w:sz w:val="32"/>
        </w:rPr>
        <w:t>08/03/2027 a 14/03/2027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08/03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09/03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10/03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11/03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12/03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13/03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14/03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12 de 53</w:t>
      </w:r>
    </w:p>
    <w:p>
      <w:pPr>
        <w:spacing w:after="120"/>
        <w:jc w:val="left"/>
      </w:pPr>
      <w:r>
        <w:rPr>
          <w:b/>
          <w:sz w:val="32"/>
        </w:rPr>
        <w:t>15/03/2027 a 21/03/2027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15/03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16/03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17/03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18/03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19/03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20/03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21/03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13 de 53</w:t>
      </w:r>
    </w:p>
    <w:p>
      <w:pPr>
        <w:spacing w:after="120"/>
        <w:jc w:val="left"/>
      </w:pPr>
      <w:r>
        <w:rPr>
          <w:b/>
          <w:sz w:val="32"/>
        </w:rPr>
        <w:t>22/03/2027 a 28/03/2027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22/03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23/03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24/03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25/03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26/03</w:t>
              <w:br/>
              <w:t>Sexta-feira Santa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27/03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28/03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14 de 53</w:t>
      </w:r>
    </w:p>
    <w:p>
      <w:pPr>
        <w:spacing w:after="120"/>
        <w:jc w:val="left"/>
      </w:pPr>
      <w:r>
        <w:rPr>
          <w:b/>
          <w:sz w:val="32"/>
        </w:rPr>
        <w:t>29/03/2027 a 04/04/2027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29/03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30/03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31/03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01/04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02/04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03/04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04/04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15 de 53</w:t>
      </w:r>
    </w:p>
    <w:p>
      <w:pPr>
        <w:spacing w:after="120"/>
        <w:jc w:val="left"/>
      </w:pPr>
      <w:r>
        <w:rPr>
          <w:b/>
          <w:sz w:val="32"/>
        </w:rPr>
        <w:t>05/04/2027 a 11/04/2027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05/04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06/04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07/04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08/04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09/04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10/04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11/04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16 de 53</w:t>
      </w:r>
    </w:p>
    <w:p>
      <w:pPr>
        <w:spacing w:after="120"/>
        <w:jc w:val="left"/>
      </w:pPr>
      <w:r>
        <w:rPr>
          <w:b/>
          <w:sz w:val="32"/>
        </w:rPr>
        <w:t>12/04/2027 a 18/04/2027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12/04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13/04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14/04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15/04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16/04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17/04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18/04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17 de 53</w:t>
      </w:r>
    </w:p>
    <w:p>
      <w:pPr>
        <w:spacing w:after="120"/>
        <w:jc w:val="left"/>
      </w:pPr>
      <w:r>
        <w:rPr>
          <w:b/>
          <w:sz w:val="32"/>
        </w:rPr>
        <w:t>19/04/2027 a 25/04/2027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19/04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20/04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21/04</w:t>
              <w:br/>
              <w:t>Tiradentes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22/04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23/04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24/04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25/04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18 de 53</w:t>
      </w:r>
    </w:p>
    <w:p>
      <w:pPr>
        <w:spacing w:after="120"/>
        <w:jc w:val="left"/>
      </w:pPr>
      <w:r>
        <w:rPr>
          <w:b/>
          <w:sz w:val="32"/>
        </w:rPr>
        <w:t>26/04/2027 a 02/05/2027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26/04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27/04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28/04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29/04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30/04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01/05</w:t>
              <w:br/>
              <w:t>Dia do Trabalho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02/05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19 de 53</w:t>
      </w:r>
    </w:p>
    <w:p>
      <w:pPr>
        <w:spacing w:after="120"/>
        <w:jc w:val="left"/>
      </w:pPr>
      <w:r>
        <w:rPr>
          <w:b/>
          <w:sz w:val="32"/>
        </w:rPr>
        <w:t>03/05/2027 a 09/05/2027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03/05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04/05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05/05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06/05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07/05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08/05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09/05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20 de 53</w:t>
      </w:r>
    </w:p>
    <w:p>
      <w:pPr>
        <w:spacing w:after="120"/>
        <w:jc w:val="left"/>
      </w:pPr>
      <w:r>
        <w:rPr>
          <w:b/>
          <w:sz w:val="32"/>
        </w:rPr>
        <w:t>10/05/2027 a 16/05/2027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10/05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11/05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12/05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13/05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14/05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15/05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16/05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21 de 53</w:t>
      </w:r>
    </w:p>
    <w:p>
      <w:pPr>
        <w:spacing w:after="120"/>
        <w:jc w:val="left"/>
      </w:pPr>
      <w:r>
        <w:rPr>
          <w:b/>
          <w:sz w:val="32"/>
        </w:rPr>
        <w:t>17/05/2027 a 23/05/2027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17/05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18/05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19/05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20/05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21/05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22/05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23/05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22 de 53</w:t>
      </w:r>
    </w:p>
    <w:p>
      <w:pPr>
        <w:spacing w:after="120"/>
        <w:jc w:val="left"/>
      </w:pPr>
      <w:r>
        <w:rPr>
          <w:b/>
          <w:sz w:val="32"/>
        </w:rPr>
        <w:t>24/05/2027 a 30/05/2027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24/05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25/05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26/05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27/05</w:t>
              <w:br/>
              <w:t>Corpus Christi (facult.)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28/05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29/05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30/05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23 de 53</w:t>
      </w:r>
    </w:p>
    <w:p>
      <w:pPr>
        <w:spacing w:after="120"/>
        <w:jc w:val="left"/>
      </w:pPr>
      <w:r>
        <w:rPr>
          <w:b/>
          <w:sz w:val="32"/>
        </w:rPr>
        <w:t>31/05/2027 a 06/06/2027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31/05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01/06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02/06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03/06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04/06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05/06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06/06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24 de 53</w:t>
      </w:r>
    </w:p>
    <w:p>
      <w:pPr>
        <w:spacing w:after="120"/>
        <w:jc w:val="left"/>
      </w:pPr>
      <w:r>
        <w:rPr>
          <w:b/>
          <w:sz w:val="32"/>
        </w:rPr>
        <w:t>07/06/2027 a 13/06/2027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07/06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08/06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09/06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10/06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11/06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12/06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13/06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25 de 53</w:t>
      </w:r>
    </w:p>
    <w:p>
      <w:pPr>
        <w:spacing w:after="120"/>
        <w:jc w:val="left"/>
      </w:pPr>
      <w:r>
        <w:rPr>
          <w:b/>
          <w:sz w:val="32"/>
        </w:rPr>
        <w:t>14/06/2027 a 20/06/2027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14/06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15/06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16/06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17/06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18/06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19/06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20/06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26 de 53</w:t>
      </w:r>
    </w:p>
    <w:p>
      <w:pPr>
        <w:spacing w:after="120"/>
        <w:jc w:val="left"/>
      </w:pPr>
      <w:r>
        <w:rPr>
          <w:b/>
          <w:sz w:val="32"/>
        </w:rPr>
        <w:t>21/06/2027 a 27/06/2027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21/06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22/06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23/06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24/06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25/06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26/06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27/06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27 de 53</w:t>
      </w:r>
    </w:p>
    <w:p>
      <w:pPr>
        <w:spacing w:after="120"/>
        <w:jc w:val="left"/>
      </w:pPr>
      <w:r>
        <w:rPr>
          <w:b/>
          <w:sz w:val="32"/>
        </w:rPr>
        <w:t>28/06/2027 a 04/07/2027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28/06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29/06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30/06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01/07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02/07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03/07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04/07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28 de 53</w:t>
      </w:r>
    </w:p>
    <w:p>
      <w:pPr>
        <w:spacing w:after="120"/>
        <w:jc w:val="left"/>
      </w:pPr>
      <w:r>
        <w:rPr>
          <w:b/>
          <w:sz w:val="32"/>
        </w:rPr>
        <w:t>05/07/2027 a 11/07/2027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05/07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06/07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07/07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08/07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09/07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10/07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11/07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29 de 53</w:t>
      </w:r>
    </w:p>
    <w:p>
      <w:pPr>
        <w:spacing w:after="120"/>
        <w:jc w:val="left"/>
      </w:pPr>
      <w:r>
        <w:rPr>
          <w:b/>
          <w:sz w:val="32"/>
        </w:rPr>
        <w:t>12/07/2027 a 18/07/2027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12/07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13/07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14/07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15/07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16/07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17/07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18/07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30 de 53</w:t>
      </w:r>
    </w:p>
    <w:p>
      <w:pPr>
        <w:spacing w:after="120"/>
        <w:jc w:val="left"/>
      </w:pPr>
      <w:r>
        <w:rPr>
          <w:b/>
          <w:sz w:val="32"/>
        </w:rPr>
        <w:t>19/07/2027 a 25/07/2027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19/07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20/07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21/07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22/07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23/07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24/07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25/07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31 de 53</w:t>
      </w:r>
    </w:p>
    <w:p>
      <w:pPr>
        <w:spacing w:after="120"/>
        <w:jc w:val="left"/>
      </w:pPr>
      <w:r>
        <w:rPr>
          <w:b/>
          <w:sz w:val="32"/>
        </w:rPr>
        <w:t>26/07/2027 a 01/08/2027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26/07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27/07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28/07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29/07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30/07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31/07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01/08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32 de 53</w:t>
      </w:r>
    </w:p>
    <w:p>
      <w:pPr>
        <w:spacing w:after="120"/>
        <w:jc w:val="left"/>
      </w:pPr>
      <w:r>
        <w:rPr>
          <w:b/>
          <w:sz w:val="32"/>
        </w:rPr>
        <w:t>02/08/2027 a 08/08/2027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02/08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03/08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04/08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05/08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06/08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07/08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08/08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33 de 53</w:t>
      </w:r>
    </w:p>
    <w:p>
      <w:pPr>
        <w:spacing w:after="120"/>
        <w:jc w:val="left"/>
      </w:pPr>
      <w:r>
        <w:rPr>
          <w:b/>
          <w:sz w:val="32"/>
        </w:rPr>
        <w:t>09/08/2027 a 15/08/2027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09/08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10/08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11/08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12/08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13/08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14/08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15/08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34 de 53</w:t>
      </w:r>
    </w:p>
    <w:p>
      <w:pPr>
        <w:spacing w:after="120"/>
        <w:jc w:val="left"/>
      </w:pPr>
      <w:r>
        <w:rPr>
          <w:b/>
          <w:sz w:val="32"/>
        </w:rPr>
        <w:t>16/08/2027 a 22/08/2027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16/08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17/08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18/08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19/08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20/08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21/08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22/08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35 de 53</w:t>
      </w:r>
    </w:p>
    <w:p>
      <w:pPr>
        <w:spacing w:after="120"/>
        <w:jc w:val="left"/>
      </w:pPr>
      <w:r>
        <w:rPr>
          <w:b/>
          <w:sz w:val="32"/>
        </w:rPr>
        <w:t>23/08/2027 a 29/08/2027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23/08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24/08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25/08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26/08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27/08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28/08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29/08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36 de 53</w:t>
      </w:r>
    </w:p>
    <w:p>
      <w:pPr>
        <w:spacing w:after="120"/>
        <w:jc w:val="left"/>
      </w:pPr>
      <w:r>
        <w:rPr>
          <w:b/>
          <w:sz w:val="32"/>
        </w:rPr>
        <w:t>30/08/2027 a 05/09/2027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30/08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31/08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01/09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02/09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03/09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04/09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05/09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37 de 53</w:t>
      </w:r>
    </w:p>
    <w:p>
      <w:pPr>
        <w:spacing w:after="120"/>
        <w:jc w:val="left"/>
      </w:pPr>
      <w:r>
        <w:rPr>
          <w:b/>
          <w:sz w:val="32"/>
        </w:rPr>
        <w:t>06/09/2027 a 12/09/2027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06/09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07/09</w:t>
              <w:br/>
              <w:t>Independência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08/09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09/09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10/09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11/09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12/09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38 de 53</w:t>
      </w:r>
    </w:p>
    <w:p>
      <w:pPr>
        <w:spacing w:after="120"/>
        <w:jc w:val="left"/>
      </w:pPr>
      <w:r>
        <w:rPr>
          <w:b/>
          <w:sz w:val="32"/>
        </w:rPr>
        <w:t>13/09/2027 a 19/09/2027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13/09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14/09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15/09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16/09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17/09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18/09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19/09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39 de 53</w:t>
      </w:r>
    </w:p>
    <w:p>
      <w:pPr>
        <w:spacing w:after="120"/>
        <w:jc w:val="left"/>
      </w:pPr>
      <w:r>
        <w:rPr>
          <w:b/>
          <w:sz w:val="32"/>
        </w:rPr>
        <w:t>20/09/2027 a 26/09/2027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20/09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21/09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22/09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23/09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24/09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25/09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26/09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40 de 53</w:t>
      </w:r>
    </w:p>
    <w:p>
      <w:pPr>
        <w:spacing w:after="120"/>
        <w:jc w:val="left"/>
      </w:pPr>
      <w:r>
        <w:rPr>
          <w:b/>
          <w:sz w:val="32"/>
        </w:rPr>
        <w:t>27/09/2027 a 03/10/2027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27/09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28/09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29/09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30/09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01/10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02/10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03/10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41 de 53</w:t>
      </w:r>
    </w:p>
    <w:p>
      <w:pPr>
        <w:spacing w:after="120"/>
        <w:jc w:val="left"/>
      </w:pPr>
      <w:r>
        <w:rPr>
          <w:b/>
          <w:sz w:val="32"/>
        </w:rPr>
        <w:t>04/10/2027 a 10/10/2027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04/10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05/10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06/10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07/10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08/10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09/10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10/10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42 de 53</w:t>
      </w:r>
    </w:p>
    <w:p>
      <w:pPr>
        <w:spacing w:after="120"/>
        <w:jc w:val="left"/>
      </w:pPr>
      <w:r>
        <w:rPr>
          <w:b/>
          <w:sz w:val="32"/>
        </w:rPr>
        <w:t>11/10/2027 a 17/10/2027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11/10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12/10</w:t>
              <w:br/>
              <w:t>N. Sra. Aparecida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13/10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14/10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15/10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16/10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17/10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43 de 53</w:t>
      </w:r>
    </w:p>
    <w:p>
      <w:pPr>
        <w:spacing w:after="120"/>
        <w:jc w:val="left"/>
      </w:pPr>
      <w:r>
        <w:rPr>
          <w:b/>
          <w:sz w:val="32"/>
        </w:rPr>
        <w:t>18/10/2027 a 24/10/2027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18/10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19/10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20/10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21/10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22/10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23/10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24/10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44 de 53</w:t>
      </w:r>
    </w:p>
    <w:p>
      <w:pPr>
        <w:spacing w:after="120"/>
        <w:jc w:val="left"/>
      </w:pPr>
      <w:r>
        <w:rPr>
          <w:b/>
          <w:sz w:val="32"/>
        </w:rPr>
        <w:t>25/10/2027 a 31/10/2027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25/10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26/10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27/10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28/10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29/10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30/10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31/10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45 de 53</w:t>
      </w:r>
    </w:p>
    <w:p>
      <w:pPr>
        <w:spacing w:after="120"/>
        <w:jc w:val="left"/>
      </w:pPr>
      <w:r>
        <w:rPr>
          <w:b/>
          <w:sz w:val="32"/>
        </w:rPr>
        <w:t>01/11/2027 a 07/11/2027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01/11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02/11</w:t>
              <w:br/>
              <w:t>Finados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03/11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04/11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05/11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06/11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07/11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46 de 53</w:t>
      </w:r>
    </w:p>
    <w:p>
      <w:pPr>
        <w:spacing w:after="120"/>
        <w:jc w:val="left"/>
      </w:pPr>
      <w:r>
        <w:rPr>
          <w:b/>
          <w:sz w:val="32"/>
        </w:rPr>
        <w:t>08/11/2027 a 14/11/2027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08/11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09/11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10/11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11/11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12/11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13/11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14/11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47 de 53</w:t>
      </w:r>
    </w:p>
    <w:p>
      <w:pPr>
        <w:spacing w:after="120"/>
        <w:jc w:val="left"/>
      </w:pPr>
      <w:r>
        <w:rPr>
          <w:b/>
          <w:sz w:val="32"/>
        </w:rPr>
        <w:t>15/11/2027 a 21/11/2027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15/11</w:t>
              <w:br/>
              <w:t>Proclam. da República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16/11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17/11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18/11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19/11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20/11</w:t>
              <w:br/>
              <w:t>Consciência Negra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21/11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48 de 53</w:t>
      </w:r>
    </w:p>
    <w:p>
      <w:pPr>
        <w:spacing w:after="120"/>
        <w:jc w:val="left"/>
      </w:pPr>
      <w:r>
        <w:rPr>
          <w:b/>
          <w:sz w:val="32"/>
        </w:rPr>
        <w:t>22/11/2027 a 28/11/2027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22/11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23/11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24/11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25/11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26/11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27/11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28/11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49 de 53</w:t>
      </w:r>
    </w:p>
    <w:p>
      <w:pPr>
        <w:spacing w:after="120"/>
        <w:jc w:val="left"/>
      </w:pPr>
      <w:r>
        <w:rPr>
          <w:b/>
          <w:sz w:val="32"/>
        </w:rPr>
        <w:t>29/11/2027 a 05/12/2027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29/11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30/11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01/12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02/12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03/12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04/12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05/12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50 de 53</w:t>
      </w:r>
    </w:p>
    <w:p>
      <w:pPr>
        <w:spacing w:after="120"/>
        <w:jc w:val="left"/>
      </w:pPr>
      <w:r>
        <w:rPr>
          <w:b/>
          <w:sz w:val="32"/>
        </w:rPr>
        <w:t>06/12/2027 a 12/12/2027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06/12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07/12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08/12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09/12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10/12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11/12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12/12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51 de 53</w:t>
      </w:r>
    </w:p>
    <w:p>
      <w:pPr>
        <w:spacing w:after="120"/>
        <w:jc w:val="left"/>
      </w:pPr>
      <w:r>
        <w:rPr>
          <w:b/>
          <w:sz w:val="32"/>
        </w:rPr>
        <w:t>13/12/2027 a 19/12/2027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13/12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14/12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15/12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16/12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17/12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18/12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19/12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52 de 53</w:t>
      </w:r>
    </w:p>
    <w:p>
      <w:pPr>
        <w:spacing w:after="120"/>
        <w:jc w:val="left"/>
      </w:pPr>
      <w:r>
        <w:rPr>
          <w:b/>
          <w:sz w:val="32"/>
        </w:rPr>
        <w:t>20/12/2027 a 26/12/2027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20/12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21/12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22/12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23/12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24/12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25/12</w:t>
              <w:br/>
              <w:t>Natal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26/12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br w:type="page"/>
      </w:r>
    </w:p>
    <w:p>
      <w:pPr>
        <w:spacing w:after="0"/>
        <w:jc w:val="left"/>
      </w:pPr>
      <w:r>
        <w:rPr>
          <w:b/>
          <w:sz w:val="20"/>
        </w:rPr>
        <w:t>PLANNER SEMANAL</w:t>
      </w:r>
      <w:r>
        <w:rPr>
          <w:sz w:val="20"/>
        </w:rPr>
        <w:t xml:space="preserve">  |  Semana 53 de 53</w:t>
      </w:r>
    </w:p>
    <w:p>
      <w:pPr>
        <w:spacing w:after="120"/>
        <w:jc w:val="left"/>
      </w:pPr>
      <w:r>
        <w:rPr>
          <w:b/>
          <w:sz w:val="32"/>
        </w:rPr>
        <w:t>27/12/2027 a 02/01/2028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510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Foco da semana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84"/>
      </w:tblGrid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rPr>
                <w:b/>
              </w:rPr>
              <w:t>Prioridades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1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2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  <w:tr>
        <w:trPr>
          <w:trHeight w:val="453" w:hRule="atLeast"/>
        </w:trPr>
        <w:tc>
          <w:tcPr>
            <w:tcW w:type="dxa" w:w="2381"/>
          </w:tcPr>
          <w:p>
            <w:pPr>
              <w:pStyle w:val="Textodetabela"/>
            </w:pPr>
            <w:r>
              <w:t>(   )  3</w:t>
            </w:r>
          </w:p>
        </w:tc>
        <w:tc>
          <w:tcPr>
            <w:tcW w:type="dxa" w:w="7483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08"/>
        <w:gridCol w:w="2608"/>
        <w:gridCol w:w="2608"/>
      </w:tblGrid>
      <w:tr>
        <w:trPr>
          <w:trHeight w:val="396" w:hRule="atLeast"/>
          <w:tblHeader/>
        </w:trPr>
        <w:tc>
          <w:tcPr>
            <w:tcW w:type="dxa" w:w="2041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Dia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Manhã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Tarde</w:t>
            </w:r>
          </w:p>
        </w:tc>
        <w:tc>
          <w:tcPr>
            <w:tcW w:type="dxa" w:w="2608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Noite</w:t>
            </w: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Segunda</w:t>
            </w:r>
            <w:r>
              <w:t xml:space="preserve"> 27/12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Terça</w:t>
            </w:r>
            <w:r>
              <w:t xml:space="preserve"> 28/12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Quarta</w:t>
            </w:r>
            <w:r>
              <w:t xml:space="preserve"> 29/12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Quinta</w:t>
            </w:r>
            <w:r>
              <w:t xml:space="preserve"> 30/12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Sexta</w:t>
            </w:r>
            <w:r>
              <w:t xml:space="preserve"> 31/12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Sábado</w:t>
            </w:r>
            <w:r>
              <w:t xml:space="preserve"> 01/01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  <w:tr>
        <w:trPr>
          <w:trHeight w:val="907" w:hRule="atLeast"/>
        </w:trP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Domingo</w:t>
            </w:r>
            <w:r>
              <w:t xml:space="preserve"> 02/01</w:t>
            </w: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  <w:tc>
          <w:tcPr>
            <w:tcW w:type="dxa" w:w="2608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54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873"/>
        <w:gridCol w:w="873"/>
        <w:gridCol w:w="873"/>
        <w:gridCol w:w="873"/>
        <w:gridCol w:w="873"/>
        <w:gridCol w:w="873"/>
        <w:gridCol w:w="873"/>
      </w:tblGrid>
      <w:tr>
        <w:trPr>
          <w:trHeight w:val="396" w:hRule="atLeast"/>
          <w:tblHeader/>
        </w:trPr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Hábitos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Q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type="dxa" w:w="873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D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  <w:tr>
        <w:trPr>
          <w:trHeight w:val="396" w:hRule="atLeast"/>
        </w:trPr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  <w:tc>
          <w:tcPr>
            <w:tcW w:type="dxa" w:w="873"/>
          </w:tcPr>
          <w:p>
            <w:pPr>
              <w:pStyle w:val="Textodetabela"/>
              <w:jc w:val="center"/>
            </w:pPr>
            <w:r>
              <w:t>(   )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rHeight w:val="396" w:hRule="atLeast"/>
          <w:tblHeader/>
        </w:trPr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deu certo</w:t>
            </w:r>
          </w:p>
        </w:tc>
        <w:tc>
          <w:tcPr>
            <w:tcW w:type="dxa" w:w="4932"/>
            <w:shd w:val="clear" w:color="auto" w:fill="E5E7EB"/>
          </w:tcPr>
          <w:p>
            <w:pPr>
              <w:pStyle w:val="Textodetabela"/>
            </w:pPr>
            <w:r>
              <w:rPr>
                <w:b/>
              </w:rPr>
              <w:t>O que ajustar na próxima semana</w:t>
            </w:r>
          </w:p>
        </w:tc>
      </w:tr>
      <w:tr>
        <w:trPr>
          <w:trHeight w:val="963" w:hRule="atLeast"/>
        </w:trPr>
        <w:tc>
          <w:tcPr>
            <w:tcW w:type="dxa" w:w="4932"/>
          </w:tcPr>
          <w:p>
            <w:pPr>
              <w:pStyle w:val="Textodetabela"/>
            </w:pPr>
          </w:p>
        </w:tc>
        <w:tc>
          <w:tcPr>
            <w:tcW w:type="dxa" w:w="4932"/>
          </w:tcPr>
          <w:p>
            <w:pPr>
              <w:pStyle w:val="Textodetabela"/>
            </w:pPr>
          </w:p>
        </w:tc>
      </w:tr>
    </w:tbl>
    <w:p>
      <w:pPr>
        <w:spacing w:after="0" w:before="0" w:line="120" w:lineRule="exact"/>
      </w:pPr>
    </w:p>
    <w:sectPr w:rsidR="00FC693F" w:rsidRPr="0006063C" w:rsidSect="00034616">
      <w:pgSz w:w="11906" w:h="16838"/>
      <w:pgMar w:top="907" w:right="1020" w:bottom="794" w:left="10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before="0" w:line="264" w:lineRule="auto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64" w:lineRule="auto"/>
      <w:outlineLvl w:val="0"/>
    </w:pPr>
    <w:rPr>
      <w:b/>
      <w:bCs/>
      <w:i w:val="0"/>
      <w:color w:val="1F29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b/>
      <w:bCs/>
      <w:i w:val="0"/>
      <w:color w:val="1F29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b/>
      <w:bCs/>
      <w:i w:val="0"/>
      <w:color w:val="1F29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4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64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19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6"/>
    </w:rPr>
  </w:style>
  <w:style w:type="paragraph" w:customStyle="1" w:styleId="toc1">
    <w:name w:val="toc 1"/>
    <w:basedOn w:val="Normal"/>
    <w:pPr>
      <w:tabs>
        <w:tab w:pos="9865" w:val="right" w:leader="dot"/>
      </w:tabs>
      <w:spacing w:after="80" w:line="240" w:lineRule="auto"/>
      <w:ind w:left="0"/>
    </w:pPr>
    <w:rPr>
      <w:sz w:val="20"/>
    </w:rPr>
  </w:style>
  <w:style w:type="paragraph" w:customStyle="1" w:styleId="toc2">
    <w:name w:val="toc 2"/>
    <w:basedOn w:val="Normal"/>
    <w:pPr>
      <w:tabs>
        <w:tab w:pos="9865" w:val="right" w:leader="dot"/>
      </w:tabs>
      <w:spacing w:after="80" w:line="240" w:lineRule="auto"/>
      <w:ind w:left="340"/>
    </w:pPr>
    <w:rPr>
      <w:sz w:val="20"/>
    </w:rPr>
  </w:style>
  <w:style w:type="paragraph" w:customStyle="1" w:styleId="toc3">
    <w:name w:val="toc 3"/>
    <w:basedOn w:val="Normal"/>
    <w:pPr>
      <w:tabs>
        <w:tab w:pos="9865" w:val="right" w:leader="dot"/>
      </w:tabs>
      <w:spacing w:after="80" w:line="240" w:lineRule="auto"/>
      <w:ind w:left="680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Planner semanal 2027</dc:title>
  <dc:subject>Planner semanal 2027 para imprimir, uma folha por semana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