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Style w:val="Campoapreencher"/>
          <w:b/>
          <w:shd w:val="clear" w:color="auto" w:fill="FFF2B3"/>
        </w:rPr>
        <w:t>NOME DO ÓRGÃO OU DA INSTITUIÇÃO</w:t>
      </w:r>
    </w:p>
    <w:p>
      <w:pPr>
        <w:spacing w:after="0"/>
        <w:jc w:val="center"/>
      </w:pPr>
      <w:r>
        <w:rPr>
          <w:rStyle w:val="Campoapreencher"/>
          <w:shd w:val="clear" w:color="auto" w:fill="FFF2B3"/>
        </w:rPr>
        <w:t>Secretaria ou diretoria</w:t>
      </w:r>
    </w:p>
    <w:p>
      <w:pPr>
        <w:spacing w:after="0"/>
        <w:jc w:val="center"/>
      </w:pPr>
      <w:r>
        <w:rPr>
          <w:rStyle w:val="Campoapreencher"/>
          <w:shd w:val="clear" w:color="auto" w:fill="FFF2B3"/>
        </w:rPr>
        <w:t>Departamento, setor ou unidade</w:t>
      </w:r>
    </w:p>
    <w:p>
      <w:pPr>
        <w:spacing w:after="240" w:before="960"/>
        <w:jc w:val="left"/>
      </w:pPr>
      <w:r>
        <w:t xml:space="preserve">OFÍCIO Nº </w:t>
      </w:r>
      <w:r>
        <w:rPr>
          <w:rStyle w:val="Campoapreencher"/>
          <w:shd w:val="clear" w:color="auto" w:fill="FFF2B3"/>
        </w:rPr>
        <w:t>000</w:t>
      </w:r>
      <w:r>
        <w:t>/</w:t>
      </w:r>
      <w:r>
        <w:rPr>
          <w:rStyle w:val="Campoapreencher"/>
          <w:shd w:val="clear" w:color="auto" w:fill="FFF2B3"/>
        </w:rPr>
        <w:t>aaaa</w:t>
      </w:r>
      <w:r>
        <w:t>/</w:t>
      </w:r>
      <w:r>
        <w:rPr>
          <w:rStyle w:val="Campoapreencher"/>
          <w:shd w:val="clear" w:color="auto" w:fill="FFF2B3"/>
        </w:rPr>
        <w:t>SIGLA DO SETOR</w:t>
      </w:r>
      <w:r>
        <w:t>/</w:t>
      </w:r>
      <w:r>
        <w:rPr>
          <w:rStyle w:val="Campoapreencher"/>
          <w:shd w:val="clear" w:color="auto" w:fill="FFF2B3"/>
        </w:rPr>
        <w:t>SIGLA DO ÓRGÃO</w:t>
      </w:r>
    </w:p>
    <w:p>
      <w:pPr>
        <w:spacing w:after="360"/>
        <w:jc w:val="right"/>
      </w:pPr>
      <w:r>
        <w:rPr>
          <w:rStyle w:val="Campoapreencher"/>
          <w:shd w:val="clear" w:color="auto" w:fill="FFF2B3"/>
        </w:rPr>
        <w:t>Cidade</w:t>
      </w:r>
      <w:r>
        <w:t xml:space="preserve">, </w:t>
      </w:r>
      <w:r>
        <w:rPr>
          <w:rStyle w:val="Campoapreencher"/>
          <w:shd w:val="clear" w:color="auto" w:fill="FFF2B3"/>
        </w:rPr>
        <w:t>dia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p>
      <w:pPr>
        <w:spacing w:after="0"/>
        <w:jc w:val="left"/>
      </w:pPr>
      <w:r>
        <w:rPr>
          <w:rStyle w:val="Campoapreencher"/>
          <w:shd w:val="clear" w:color="auto" w:fill="FFF2B3"/>
        </w:rPr>
        <w:t>Ao Senhor, À Senhora ou A Sua Excelência o Senhor</w:t>
      </w:r>
    </w:p>
    <w:p>
      <w:pPr>
        <w:spacing w:after="0"/>
        <w:jc w:val="left"/>
      </w:pPr>
      <w:r>
        <w:rPr>
          <w:rStyle w:val="Campoapreencher"/>
          <w:shd w:val="clear" w:color="auto" w:fill="FFF2B3"/>
        </w:rPr>
        <w:t>Nome do destinatário</w:t>
      </w:r>
    </w:p>
    <w:p>
      <w:pPr>
        <w:spacing w:after="0"/>
        <w:jc w:val="left"/>
      </w:pPr>
      <w:r>
        <w:rPr>
          <w:rStyle w:val="Campoapreencher"/>
          <w:shd w:val="clear" w:color="auto" w:fill="FFF2B3"/>
        </w:rPr>
        <w:t>Cargo do destinatário</w:t>
      </w:r>
    </w:p>
    <w:p>
      <w:pPr>
        <w:spacing w:after="0"/>
        <w:jc w:val="left"/>
      </w:pPr>
      <w:r>
        <w:rPr>
          <w:rStyle w:val="Campoapreencher"/>
          <w:shd w:val="clear" w:color="auto" w:fill="FFF2B3"/>
        </w:rPr>
        <w:t>Logradouro, número, setor ou bloco</w:t>
      </w:r>
    </w:p>
    <w:p>
      <w:pPr>
        <w:spacing w:after="0"/>
        <w:jc w:val="left"/>
      </w:pPr>
      <w:r>
        <w:rPr>
          <w:rStyle w:val="Campoapreencher"/>
          <w:shd w:val="clear" w:color="auto" w:fill="FFF2B3"/>
        </w:rPr>
        <w:t>00000-000 Cidade/UF</w:t>
      </w:r>
    </w:p>
    <w:p>
      <w:pPr>
        <w:spacing w:after="360" w:before="360"/>
        <w:jc w:val="left"/>
      </w:pPr>
      <w:r>
        <w:rPr>
          <w:b/>
        </w:rPr>
        <w:t xml:space="preserve">Assunto: </w:t>
      </w:r>
      <w:r>
        <w:rPr>
          <w:rStyle w:val="Campoapreencher"/>
          <w:b/>
          <w:shd w:val="clear" w:color="auto" w:fill="FFF2B3"/>
        </w:rPr>
        <w:t>Descrição curta do conteúdo, sem verbo</w:t>
      </w:r>
      <w:r>
        <w:rPr>
          <w:b/>
        </w:rPr>
        <w:t>.</w:t>
      </w:r>
    </w:p>
    <w:p>
      <w:pPr>
        <w:spacing w:after="240"/>
        <w:ind w:firstLine="1417"/>
        <w:jc w:val="left"/>
      </w:pPr>
      <w:r>
        <w:rPr>
          <w:rStyle w:val="Campoapreencher"/>
          <w:shd w:val="clear" w:color="auto" w:fill="FFF2B3"/>
        </w:rPr>
        <w:t>Senhor Diretor ou Senhora Diretora</w:t>
      </w:r>
      <w:r>
        <w:t>,</w:t>
      </w:r>
    </w:p>
    <w:p>
      <w:pPr>
        <w:ind w:firstLine="1417"/>
        <w:jc w:val="both"/>
      </w:pPr>
      <w:r>
        <w:t xml:space="preserve">1.  </w:t>
      </w:r>
      <w:r>
        <w:rPr>
          <w:rStyle w:val="Campoapreencher"/>
          <w:shd w:val="clear" w:color="auto" w:fill="FFF2B3"/>
        </w:rPr>
        <w:t>Introdução: o objetivo da comunicação, de forma direta (Solicito, Informo, Encaminho). Se o ofício responde a outro expediente, cite-o aqui: Em resposta ao Ofício nº 00, de 0 de mês de aaaa, ...</w:t>
      </w:r>
    </w:p>
    <w:p>
      <w:pPr>
        <w:ind w:firstLine="1417"/>
        <w:jc w:val="both"/>
      </w:pPr>
      <w:r>
        <w:t xml:space="preserve">2.  </w:t>
      </w:r>
      <w:r>
        <w:rPr>
          <w:rStyle w:val="Campoapreencher"/>
          <w:shd w:val="clear" w:color="auto" w:fill="FFF2B3"/>
        </w:rPr>
        <w:t>Desenvolvimento: os detalhes do assunto. Cada ideia nova vai em outro parágrafo numerado.</w:t>
      </w:r>
    </w:p>
    <w:p>
      <w:pPr>
        <w:ind w:firstLine="1417"/>
        <w:jc w:val="both"/>
      </w:pPr>
      <w:r>
        <w:t xml:space="preserve">3.  </w:t>
      </w:r>
      <w:r>
        <w:rPr>
          <w:rStyle w:val="Campoapreencher"/>
          <w:shd w:val="clear" w:color="auto" w:fill="FFF2B3"/>
        </w:rPr>
        <w:t>Conclusão: a posição sobre o assunto ou o que se espera do destinatário, com prazo, se houver.</w:t>
      </w:r>
    </w:p>
    <w:p>
      <w:pPr>
        <w:ind w:firstLine="1417"/>
        <w:jc w:val="left"/>
      </w:pPr>
      <w:r>
        <w:t>Atenciosamente,</w:t>
      </w:r>
    </w:p>
    <w:p>
      <w:pPr>
        <w:spacing w:after="0" w:before="960"/>
        <w:jc w:val="center"/>
      </w:pPr>
      <w:r>
        <w:rPr>
          <w:rStyle w:val="Campoapreencher"/>
          <w:shd w:val="clear" w:color="auto" w:fill="FFF2B3"/>
        </w:rPr>
        <w:t>NOME DO SIGNATÁRIO</w:t>
      </w:r>
    </w:p>
    <w:p>
      <w:pPr>
        <w:spacing w:after="0"/>
        <w:jc w:val="center"/>
      </w:pPr>
      <w:r>
        <w:rPr>
          <w:rStyle w:val="Campoapreencher"/>
          <w:shd w:val="clear" w:color="auto" w:fill="FFF2B3"/>
        </w:rPr>
        <w:t>Cargo do Signatário</w:t>
      </w:r>
    </w:p>
    <w:sectPr w:rsidR="00FC693F" w:rsidRPr="0006063C" w:rsidSect="00034616">
      <w:footerReference w:type="first" r:id="rId9"/>
      <w:footerReference w:type="default" r:id="rId10"/>
      <w:pgSz w:w="11906" w:h="16838"/>
      <w:pgMar w:top="1134" w:right="850" w:bottom="1134" w:left="1701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>Endereço do órgão  |  CEP e cidade/UF  |  Telefone  |  E-mail  |  Site oficial</w:t>
    </w:r>
  </w:p>
  <w:p>
    <w:pPr>
      <w:jc w:val="center"/>
    </w:pPr>
    <w:r>
      <w:rPr>
        <w:color w:val="6B7280"/>
        <w:sz w:val="16"/>
      </w:rPr>
      <w:t>Modelo de uso geral. Confira o padrão do seu órgão ou da sua empresa antes de usar.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22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before="0" w:line="240" w:lineRule="auto"/>
    </w:pPr>
    <w:rPr>
      <w:rFonts w:ascii="Calibri" w:hAnsi="Calibri" w:eastAsia="Calibri" w:cs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40" w:lineRule="auto"/>
      <w:outlineLvl w:val="0"/>
    </w:pPr>
    <w:rPr>
      <w:b/>
      <w:bCs/>
      <w:i w:val="0"/>
      <w:color w:val="1F293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40" w:lineRule="auto"/>
      <w:outlineLvl w:val="1"/>
    </w:pPr>
    <w:rPr>
      <w:b/>
      <w:bCs/>
      <w:i w:val="0"/>
      <w:color w:val="1F2937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40" w:lineRule="auto"/>
      <w:outlineLvl w:val="2"/>
    </w:pPr>
    <w:rPr>
      <w:b/>
      <w:bCs/>
      <w:i w:val="0"/>
      <w:color w:val="1F293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contextualSpacing/>
    </w:pPr>
    <w:rPr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0" w:lineRule="auto"/>
      <w:contextualSpacing/>
    </w:pPr>
    <w:rPr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20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3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30"/>
    </w:rPr>
  </w:style>
  <w:style w:type="paragraph" w:customStyle="1" w:styleId="toc1">
    <w:name w:val="toc 1"/>
    <w:basedOn w:val="Normal"/>
    <w:pPr>
      <w:tabs>
        <w:tab w:pos="9354" w:val="right" w:leader="dot"/>
      </w:tabs>
      <w:spacing w:after="80" w:line="240" w:lineRule="auto"/>
      <w:ind w:left="0"/>
    </w:pPr>
    <w:rPr>
      <w:sz w:val="24"/>
    </w:rPr>
  </w:style>
  <w:style w:type="paragraph" w:customStyle="1" w:styleId="toc2">
    <w:name w:val="toc 2"/>
    <w:basedOn w:val="Normal"/>
    <w:pPr>
      <w:tabs>
        <w:tab w:pos="9354" w:val="right" w:leader="dot"/>
      </w:tabs>
      <w:spacing w:after="80" w:line="240" w:lineRule="auto"/>
      <w:ind w:left="340"/>
    </w:pPr>
    <w:rPr>
      <w:sz w:val="24"/>
    </w:rPr>
  </w:style>
  <w:style w:type="paragraph" w:customStyle="1" w:styleId="toc3">
    <w:name w:val="toc 3"/>
    <w:basedOn w:val="Normal"/>
    <w:pPr>
      <w:tabs>
        <w:tab w:pos="9354" w:val="right" w:leader="dot"/>
      </w:tabs>
      <w:spacing w:after="80" w:line="240" w:lineRule="auto"/>
      <w:ind w:left="680"/>
    </w:pPr>
    <w:rPr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</dc:title>
  <dc:subject>Ofício no padrão do Manual de Redação da Presidência da República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