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DECLARAÇÃO</w:t>
      </w:r>
    </w:p>
    <w:p>
      <w:pPr>
        <w:spacing w:after="0" w:before="0" w:line="200" w:lineRule="exact"/>
      </w:pPr>
    </w:p>
    <w:p>
      <w:pPr>
        <w:ind w:firstLine="709"/>
        <w:jc w:val="both"/>
      </w:pPr>
      <w:r>
        <w:t xml:space="preserve">Eu, </w:t>
      </w:r>
      <w:r>
        <w:rPr>
          <w:rStyle w:val="Campoapreencher"/>
          <w:shd w:val="clear" w:color="auto" w:fill="FFF2B3"/>
        </w:rPr>
        <w:t>nome completo</w:t>
      </w:r>
      <w:r>
        <w:t xml:space="preserve">, </w:t>
      </w:r>
      <w:r>
        <w:rPr>
          <w:rStyle w:val="Campoapreencher"/>
          <w:shd w:val="clear" w:color="auto" w:fill="FFF2B3"/>
        </w:rPr>
        <w:t>nacionalidade</w:t>
      </w:r>
      <w:r>
        <w:t xml:space="preserve">, </w:t>
      </w:r>
      <w:r>
        <w:rPr>
          <w:rStyle w:val="Campoapreencher"/>
          <w:shd w:val="clear" w:color="auto" w:fill="FFF2B3"/>
        </w:rPr>
        <w:t>estado civil</w:t>
      </w:r>
      <w:r>
        <w:t xml:space="preserve">, </w:t>
      </w:r>
      <w:r>
        <w:rPr>
          <w:rStyle w:val="Campoapreencher"/>
          <w:shd w:val="clear" w:color="auto" w:fill="FFF2B3"/>
        </w:rPr>
        <w:t>profissão</w:t>
      </w:r>
      <w:r>
        <w:t xml:space="preserve">, portador(a) da carteira de identidade nº </w:t>
      </w:r>
      <w:r>
        <w:rPr>
          <w:rStyle w:val="Campoapreencher"/>
          <w:shd w:val="clear" w:color="auto" w:fill="FFF2B3"/>
        </w:rPr>
        <w:t>número do RG</w:t>
      </w:r>
      <w:r>
        <w:t xml:space="preserve">, expedida por </w:t>
      </w:r>
      <w:r>
        <w:rPr>
          <w:rStyle w:val="Campoapreencher"/>
          <w:shd w:val="clear" w:color="auto" w:fill="FFF2B3"/>
        </w:rPr>
        <w:t>órgão emissor/UF</w:t>
      </w:r>
      <w:r>
        <w:t xml:space="preserve">, inscrito(a) no CPF sob o nº </w:t>
      </w:r>
      <w:r>
        <w:rPr>
          <w:rStyle w:val="Campoapreencher"/>
          <w:shd w:val="clear" w:color="auto" w:fill="FFF2B3"/>
        </w:rPr>
        <w:t>000.000.000-00</w:t>
      </w:r>
      <w:r>
        <w:t xml:space="preserve">, residente e domiciliado(a) em </w:t>
      </w:r>
      <w:r>
        <w:rPr>
          <w:rStyle w:val="Campoapreencher"/>
          <w:shd w:val="clear" w:color="auto" w:fill="FFF2B3"/>
        </w:rPr>
        <w:t>endereço completo, com número, bairro, cidade/UF e CEP</w:t>
      </w:r>
      <w:r>
        <w:t xml:space="preserve">, </w:t>
      </w:r>
      <w:r>
        <w:rPr>
          <w:b/>
        </w:rPr>
        <w:t>DECLARO</w:t>
      </w:r>
      <w:r>
        <w:t xml:space="preserve">, para os devidos fins, que </w:t>
      </w:r>
      <w:r>
        <w:rPr>
          <w:rStyle w:val="Campoapreencher"/>
          <w:shd w:val="clear" w:color="auto" w:fill="FFF2B3"/>
        </w:rPr>
        <w:t>escreva aqui o fato que você declara, com datas, nomes e valores quando houver, em frases curtas e sem adjetivos</w:t>
      </w:r>
      <w:r>
        <w:t>.</w:t>
      </w:r>
    </w:p>
    <w:p>
      <w:pPr>
        <w:ind w:firstLine="709"/>
        <w:jc w:val="both"/>
      </w:pPr>
      <w:r>
        <w:t xml:space="preserve">Esta declaração destina-se a </w:t>
      </w:r>
      <w:r>
        <w:rPr>
          <w:rStyle w:val="Campoapreencher"/>
          <w:shd w:val="clear" w:color="auto" w:fill="FFF2B3"/>
        </w:rPr>
        <w:t>finalidade: a quem ela será entregue e para quê, por exemplo "instruir pedido junto à empresa X"</w:t>
      </w:r>
      <w:r>
        <w:t>.</w:t>
      </w:r>
    </w:p>
    <w:p>
      <w:pPr>
        <w:ind w:firstLine="709"/>
        <w:jc w:val="both"/>
      </w:pPr>
      <w:r>
        <w:t>Declaro, ainda, estar ciente de que a falsidade das informações aqui prestadas me sujeita às sanções civis, administrativas e criminais previstas em lei, inclusive às do art. 299 do Código Penal (Decreto-Lei nº 2.848/1940).</w:t>
      </w:r>
    </w:p>
    <w:p>
      <w:pPr>
        <w:spacing w:after="480"/>
        <w:ind w:firstLine="709"/>
        <w:jc w:val="both"/>
      </w:pPr>
      <w:r>
        <w:t>Por ser expressão da verdade, firmo a presente declaração.</w:t>
      </w:r>
    </w:p>
    <w:p>
      <w:pPr>
        <w:spacing w:after="240"/>
        <w:jc w:val="right"/>
      </w:pPr>
      <w:r>
        <w:rPr>
          <w:rStyle w:val="Campoapreencher"/>
          <w:shd w:val="clear" w:color="auto" w:fill="FFF2B3"/>
        </w:rPr>
        <w:t>Cidade</w:t>
      </w:r>
      <w:r>
        <w:t>/</w:t>
      </w:r>
      <w:r>
        <w:rPr>
          <w:rStyle w:val="Campoapreencher"/>
          <w:shd w:val="clear" w:color="auto" w:fill="FFF2B3"/>
        </w:rPr>
        <w:t>UF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keepNext/>
        <w:spacing w:after="0" w:before="800" w:line="240" w:lineRule="auto"/>
        <w:jc w:val="center"/>
      </w:pPr>
      <w:r>
        <w:t>__________________________________________</w:t>
      </w:r>
    </w:p>
    <w:p>
      <w:pPr>
        <w:spacing w:after="120" w:before="60" w:line="276" w:lineRule="auto"/>
        <w:jc w:val="center"/>
      </w:pPr>
      <w:r>
        <w:rPr>
          <w:rStyle w:val="Campoapreencher"/>
          <w:shd w:val="clear" w:color="auto" w:fill="FFF2B3"/>
        </w:rPr>
        <w:t>Nome completo do(a) declarante</w:t>
      </w:r>
      <w:r>
        <w:br/>
        <w:t xml:space="preserve">CPF: </w:t>
      </w:r>
      <w:r>
        <w:rPr>
          <w:rStyle w:val="Campoapreencher"/>
          <w:shd w:val="clear" w:color="auto" w:fill="FFF2B3"/>
        </w:rPr>
        <w:t>000.000.000-00</w:t>
      </w:r>
    </w:p>
    <w:p>
      <w:pPr>
        <w:spacing w:after="0" w:before="0" w:line="360" w:lineRule="exact"/>
      </w:pPr>
    </w:p>
    <w:p>
      <w:pPr>
        <w:spacing w:line="276" w:lineRule="auto"/>
      </w:pPr>
      <w:r>
        <w:rPr>
          <w:sz w:val="20"/>
        </w:rPr>
        <w:t xml:space="preserve">Telefone ou e-mail para contato (opcional): </w:t>
      </w:r>
      <w:r>
        <w:rPr>
          <w:rStyle w:val="Campoapreencher"/>
          <w:sz w:val="20"/>
          <w:shd w:val="clear" w:color="auto" w:fill="FFF2B3"/>
        </w:rPr>
        <w:t>(00) 00000-0000 ou e-mail</w:t>
      </w:r>
    </w:p>
    <w:sectPr w:rsidR="00FC693F" w:rsidRPr="0006063C" w:rsidSect="00034616">
      <w:footerReference w:type="default" r:id="rId9"/>
      <w:pgSz w:w="11906" w:h="16838"/>
      <w:pgMar w:top="1701" w:right="1417" w:bottom="1417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20"/>
      </w:rPr>
      <w:t>Modelo de uso geral. Confira com o órgão, a empresa ou o cartório o formato que eles aceitam antes de usar.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200" w:before="0" w:line="360" w:lineRule="auto"/>
    </w:pPr>
    <w:rPr>
      <w:rFonts w:ascii="Arial" w:hAnsi="Arial" w:eastAsia="Arial" w:cs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360" w:lineRule="auto"/>
      <w:outlineLvl w:val="0"/>
    </w:pPr>
    <w:rPr>
      <w:b/>
      <w:bCs/>
      <w:i w:val="0"/>
      <w:color w:val="1F29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360" w:lineRule="auto"/>
      <w:outlineLvl w:val="1"/>
    </w:pPr>
    <w:rPr>
      <w:b/>
      <w:bCs/>
      <w:i w:val="0"/>
      <w:color w:val="1F2937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360" w:lineRule="auto"/>
      <w:outlineLvl w:val="2"/>
    </w:pPr>
    <w:rPr>
      <w:b/>
      <w:bCs/>
      <w:i w:val="0"/>
      <w:color w:val="1F293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360" w:lineRule="auto"/>
      <w:contextualSpacing/>
    </w:pPr>
    <w:rPr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360" w:lineRule="auto"/>
      <w:contextualSpacing/>
    </w:pPr>
    <w:rPr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20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3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30"/>
    </w:rPr>
  </w:style>
  <w:style w:type="paragraph" w:customStyle="1" w:styleId="toc1">
    <w:name w:val="toc 1"/>
    <w:basedOn w:val="Normal"/>
    <w:pPr>
      <w:tabs>
        <w:tab w:pos="8787" w:val="right" w:leader="dot"/>
      </w:tabs>
      <w:spacing w:after="80" w:line="240" w:lineRule="auto"/>
      <w:ind w:left="0"/>
    </w:pPr>
    <w:rPr>
      <w:sz w:val="24"/>
    </w:rPr>
  </w:style>
  <w:style w:type="paragraph" w:customStyle="1" w:styleId="toc2">
    <w:name w:val="toc 2"/>
    <w:basedOn w:val="Normal"/>
    <w:pPr>
      <w:tabs>
        <w:tab w:pos="8787" w:val="right" w:leader="dot"/>
      </w:tabs>
      <w:spacing w:after="80" w:line="240" w:lineRule="auto"/>
      <w:ind w:left="340"/>
    </w:pPr>
    <w:rPr>
      <w:sz w:val="24"/>
    </w:rPr>
  </w:style>
  <w:style w:type="paragraph" w:customStyle="1" w:styleId="toc3">
    <w:name w:val="toc 3"/>
    <w:basedOn w:val="Normal"/>
    <w:pPr>
      <w:tabs>
        <w:tab w:pos="8787" w:val="right" w:leader="dot"/>
      </w:tabs>
      <w:spacing w:after="80" w:line="240" w:lineRule="auto"/>
      <w:ind w:left="680"/>
    </w:pPr>
    <w:rPr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simples</dc:title>
  <dc:subject>Declaração para os devidos fins, firmada pelo próprio declarante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