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DECLARAÇÃO DE RESIDÊNCIA</w:t>
      </w:r>
    </w:p>
    <w:p>
      <w:pPr>
        <w:ind w:firstLine="709"/>
        <w:jc w:val="both"/>
      </w:pPr>
      <w:r>
        <w:t xml:space="preserve">Eu, </w:t>
      </w:r>
      <w:r>
        <w:rPr>
          <w:rStyle w:val="Campoapreencher"/>
          <w:shd w:val="clear" w:color="auto" w:fill="FFF2B3"/>
        </w:rPr>
        <w:t>nome completo</w:t>
      </w:r>
      <w:r>
        <w:t xml:space="preserve">, </w:t>
      </w:r>
      <w:r>
        <w:rPr>
          <w:rStyle w:val="Campoapreencher"/>
          <w:shd w:val="clear" w:color="auto" w:fill="FFF2B3"/>
        </w:rPr>
        <w:t>nacionalidade</w:t>
      </w:r>
      <w:r>
        <w:t xml:space="preserve">, </w:t>
      </w:r>
      <w:r>
        <w:rPr>
          <w:rStyle w:val="Campoapreencher"/>
          <w:shd w:val="clear" w:color="auto" w:fill="FFF2B3"/>
        </w:rPr>
        <w:t>estado civil</w:t>
      </w:r>
      <w:r>
        <w:t xml:space="preserve">, </w:t>
      </w:r>
      <w:r>
        <w:rPr>
          <w:rStyle w:val="Campoapreencher"/>
          <w:shd w:val="clear" w:color="auto" w:fill="FFF2B3"/>
        </w:rPr>
        <w:t>profissão</w:t>
      </w:r>
      <w:r>
        <w:t xml:space="preserve">, portador(a) da carteira de identidade nº </w:t>
      </w:r>
      <w:r>
        <w:rPr>
          <w:rStyle w:val="Campoapreencher"/>
          <w:shd w:val="clear" w:color="auto" w:fill="FFF2B3"/>
        </w:rPr>
        <w:t>número do RG</w:t>
      </w:r>
      <w:r>
        <w:t xml:space="preserve">, expedida por </w:t>
      </w:r>
      <w:r>
        <w:rPr>
          <w:rStyle w:val="Campoapreencher"/>
          <w:shd w:val="clear" w:color="auto" w:fill="FFF2B3"/>
        </w:rPr>
        <w:t>órgão emissor/UF</w:t>
      </w:r>
      <w:r>
        <w:t xml:space="preserve">, inscrito(a) no CPF sob o nº </w:t>
      </w:r>
      <w:r>
        <w:rPr>
          <w:rStyle w:val="Campoapreencher"/>
          <w:shd w:val="clear" w:color="auto" w:fill="FFF2B3"/>
        </w:rPr>
        <w:t>000.000.000-00</w:t>
      </w:r>
      <w:r>
        <w:t xml:space="preserve">, </w:t>
      </w:r>
      <w:r>
        <w:rPr>
          <w:b/>
        </w:rPr>
        <w:t>DECLARO</w:t>
      </w:r>
      <w:r>
        <w:t xml:space="preserve">, para fins de </w:t>
      </w:r>
      <w:r>
        <w:rPr>
          <w:rStyle w:val="Campoapreencher"/>
          <w:shd w:val="clear" w:color="auto" w:fill="FFF2B3"/>
        </w:rPr>
        <w:t>finalidade: matrícula, cadastro, abertura de conta, outro</w:t>
      </w:r>
      <w:r>
        <w:t>, que resido no endereço abaixo:</w:t>
      </w:r>
    </w:p>
    <w:tbl>
      <w:tblPr>
        <w:tblStyle w:val="TableGrid"/>
        <w:tblW w:type="dxa" w:w="8788"/>
        <w:jc w:val="center"/>
        <w:tblLayout w:type="fixed"/>
        <w:tblLook w:firstColumn="1" w:firstRow="1" w:lastColumn="0" w:lastRow="0" w:noHBand="0" w:noVBand="1" w:val="04A0"/>
      </w:tblPr>
      <w:tblGrid>
        <w:gridCol w:w="3572"/>
        <w:gridCol w:w="5216"/>
      </w:tblGrid>
      <w:tr>
        <w:trPr>
          <w:trHeight w:val="425" w:hRule="atLeast"/>
        </w:trPr>
        <w:tc>
          <w:tcPr>
            <w:tcW w:type="dxa" w:w="3572"/>
          </w:tcPr>
          <w:p>
            <w:pPr>
              <w:pStyle w:val="Textodetabela"/>
            </w:pPr>
            <w:r>
              <w:rPr>
                <w:b/>
              </w:rPr>
              <w:t>Logradouro (rua, avenida...)</w:t>
            </w:r>
          </w:p>
        </w:tc>
        <w:tc>
          <w:tcPr>
            <w:tcW w:type="dxa" w:w="5216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nome da rua</w:t>
            </w:r>
          </w:p>
        </w:tc>
      </w:tr>
      <w:tr>
        <w:trPr>
          <w:trHeight w:val="425" w:hRule="atLeast"/>
        </w:trPr>
        <w:tc>
          <w:tcPr>
            <w:tcW w:type="dxa" w:w="3572"/>
          </w:tcPr>
          <w:p>
            <w:pPr>
              <w:pStyle w:val="Textodetabela"/>
            </w:pPr>
            <w:r>
              <w:rPr>
                <w:b/>
              </w:rPr>
              <w:t>Número e complemento</w:t>
            </w:r>
          </w:p>
        </w:tc>
        <w:tc>
          <w:tcPr>
            <w:tcW w:type="dxa" w:w="5216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número</w:t>
            </w:r>
            <w:r>
              <w:t xml:space="preserve">  </w:t>
            </w:r>
            <w:r>
              <w:rPr>
                <w:rStyle w:val="Campoapreencher"/>
                <w:shd w:val="clear" w:color="auto" w:fill="FFF2B3"/>
              </w:rPr>
              <w:t>apto, bloco, casa, fundos</w:t>
            </w:r>
          </w:p>
        </w:tc>
      </w:tr>
      <w:tr>
        <w:trPr>
          <w:trHeight w:val="425" w:hRule="atLeast"/>
        </w:trPr>
        <w:tc>
          <w:tcPr>
            <w:tcW w:type="dxa" w:w="3572"/>
          </w:tcPr>
          <w:p>
            <w:pPr>
              <w:pStyle w:val="Textodetabela"/>
            </w:pPr>
            <w:r>
              <w:rPr>
                <w:b/>
              </w:rPr>
              <w:t>Bairro</w:t>
            </w:r>
          </w:p>
        </w:tc>
        <w:tc>
          <w:tcPr>
            <w:tcW w:type="dxa" w:w="5216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bairro</w:t>
            </w:r>
          </w:p>
        </w:tc>
      </w:tr>
      <w:tr>
        <w:trPr>
          <w:trHeight w:val="425" w:hRule="atLeast"/>
        </w:trPr>
        <w:tc>
          <w:tcPr>
            <w:tcW w:type="dxa" w:w="3572"/>
          </w:tcPr>
          <w:p>
            <w:pPr>
              <w:pStyle w:val="Textodetabela"/>
            </w:pPr>
            <w:r>
              <w:rPr>
                <w:b/>
              </w:rPr>
              <w:t>Cidade/UF</w:t>
            </w:r>
          </w:p>
        </w:tc>
        <w:tc>
          <w:tcPr>
            <w:tcW w:type="dxa" w:w="5216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cidade</w:t>
            </w:r>
            <w:r>
              <w:t>/</w:t>
            </w:r>
            <w:r>
              <w:rPr>
                <w:rStyle w:val="Campoapreencher"/>
                <w:shd w:val="clear" w:color="auto" w:fill="FFF2B3"/>
              </w:rPr>
              <w:t>UF</w:t>
            </w:r>
          </w:p>
        </w:tc>
      </w:tr>
      <w:tr>
        <w:trPr>
          <w:trHeight w:val="425" w:hRule="atLeast"/>
        </w:trPr>
        <w:tc>
          <w:tcPr>
            <w:tcW w:type="dxa" w:w="3572"/>
          </w:tcPr>
          <w:p>
            <w:pPr>
              <w:pStyle w:val="Textodetabela"/>
            </w:pPr>
            <w:r>
              <w:rPr>
                <w:b/>
              </w:rPr>
              <w:t>CEP</w:t>
            </w:r>
          </w:p>
        </w:tc>
        <w:tc>
          <w:tcPr>
            <w:tcW w:type="dxa" w:w="5216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00000-000</w:t>
            </w:r>
          </w:p>
        </w:tc>
      </w:tr>
    </w:tbl>
    <w:p>
      <w:pPr>
        <w:spacing w:after="0" w:before="0" w:line="120" w:lineRule="exact"/>
      </w:pPr>
    </w:p>
    <w:p>
      <w:pPr>
        <w:spacing w:before="120"/>
        <w:ind w:firstLine="709"/>
        <w:jc w:val="both"/>
      </w:pPr>
      <w:r>
        <w:t xml:space="preserve">Moro neste endereço desde </w:t>
      </w:r>
      <w:r>
        <w:rPr>
          <w:rStyle w:val="Campoapreencher"/>
          <w:shd w:val="clear" w:color="auto" w:fill="FFF2B3"/>
        </w:rPr>
        <w:t>mês/ano</w:t>
      </w:r>
      <w:r>
        <w:t xml:space="preserve">, na condição de </w:t>
      </w:r>
      <w:r>
        <w:rPr>
          <w:rStyle w:val="Campoapreencher"/>
          <w:shd w:val="clear" w:color="auto" w:fill="FFF2B3"/>
        </w:rPr>
        <w:t>proprietário(a), inquilino(a), morador(a) cedido(a) ou outra</w:t>
      </w:r>
      <w:r>
        <w:t>.</w:t>
      </w:r>
    </w:p>
    <w:p>
      <w:pPr>
        <w:spacing w:after="360"/>
        <w:ind w:firstLine="709"/>
        <w:jc w:val="both"/>
      </w:pPr>
      <w:r>
        <w:t>Declaro estar ciente de que, se esta declaração for falsa, ficarei sujeito(a) às sanções civis, administrativas e criminais previstas em lei, nos termos da Lei nº 7.115/1983 e do art. 299 do Código Penal.</w:t>
      </w:r>
    </w:p>
    <w:p>
      <w:pPr>
        <w:spacing w:after="120"/>
        <w:jc w:val="right"/>
      </w:pPr>
      <w:r>
        <w:rPr>
          <w:rStyle w:val="Campoapreencher"/>
          <w:shd w:val="clear" w:color="auto" w:fill="FFF2B3"/>
        </w:rPr>
        <w:t>Cidade</w:t>
      </w:r>
      <w:r>
        <w:t>/</w:t>
      </w:r>
      <w:r>
        <w:rPr>
          <w:rStyle w:val="Campoapreencher"/>
          <w:shd w:val="clear" w:color="auto" w:fill="FFF2B3"/>
        </w:rPr>
        <w:t>UF</w:t>
      </w:r>
      <w:r>
        <w:t xml:space="preserve">, </w:t>
      </w:r>
      <w:r>
        <w:rPr>
          <w:rStyle w:val="Campoapreencher"/>
          <w:shd w:val="clear" w:color="auto" w:fill="FFF2B3"/>
        </w:rPr>
        <w:t>dd</w:t>
      </w:r>
      <w:r>
        <w:t xml:space="preserve"> de </w:t>
      </w:r>
      <w:r>
        <w:rPr>
          <w:rStyle w:val="Campoapreencher"/>
          <w:shd w:val="clear" w:color="auto" w:fill="FFF2B3"/>
        </w:rPr>
        <w:t>mês</w:t>
      </w:r>
      <w:r>
        <w:t xml:space="preserve"> de </w:t>
      </w:r>
      <w:r>
        <w:rPr>
          <w:rStyle w:val="Campoapreencher"/>
          <w:shd w:val="clear" w:color="auto" w:fill="FFF2B3"/>
        </w:rPr>
        <w:t>aaaa</w:t>
      </w:r>
      <w:r>
        <w:t>.</w:t>
      </w:r>
    </w:p>
    <w:p>
      <w:pPr>
        <w:keepNext/>
        <w:spacing w:after="0" w:before="720" w:line="240" w:lineRule="auto"/>
        <w:jc w:val="center"/>
      </w:pPr>
      <w:r>
        <w:t>__________________________________________</w:t>
      </w:r>
    </w:p>
    <w:p>
      <w:pPr>
        <w:spacing w:after="120" w:before="60" w:line="276" w:lineRule="auto"/>
        <w:jc w:val="center"/>
      </w:pPr>
      <w:r>
        <w:rPr>
          <w:rStyle w:val="Campoapreencher"/>
          <w:shd w:val="clear" w:color="auto" w:fill="FFF2B3"/>
        </w:rPr>
        <w:t>Nome completo do(a) declarante</w:t>
      </w:r>
      <w:r>
        <w:br/>
        <w:t xml:space="preserve">CPF: </w:t>
      </w:r>
      <w:r>
        <w:rPr>
          <w:rStyle w:val="Campoapreencher"/>
          <w:shd w:val="clear" w:color="auto" w:fill="FFF2B3"/>
        </w:rPr>
        <w:t>000.000.000-00</w:t>
      </w:r>
    </w:p>
    <w:p>
      <w:pPr>
        <w:spacing w:after="0" w:before="0" w:line="160" w:lineRule="exact"/>
      </w:pPr>
    </w:p>
    <w:p>
      <w:pPr>
        <w:spacing w:line="276" w:lineRule="auto"/>
      </w:pPr>
      <w:r>
        <w:rPr>
          <w:sz w:val="20"/>
        </w:rPr>
        <w:t xml:space="preserve">Telefone para contato (opcional): </w:t>
      </w:r>
      <w:r>
        <w:rPr>
          <w:rStyle w:val="Campoapreencher"/>
          <w:sz w:val="20"/>
          <w:shd w:val="clear" w:color="auto" w:fill="FFF2B3"/>
        </w:rPr>
        <w:t>(00) 00000-0000</w:t>
      </w:r>
    </w:p>
    <w:p>
      <w:pPr>
        <w:spacing w:after="0"/>
      </w:pPr>
      <w:r>
        <w:br w:type="page"/>
      </w:r>
    </w:p>
    <w:p>
      <w:pPr>
        <w:pStyle w:val="Title"/>
      </w:pPr>
      <w:r>
        <w:t>DECLARAÇÃO DE RESIDÊNCIA</w:t>
      </w:r>
    </w:p>
    <w:p>
      <w:pPr>
        <w:pStyle w:val="Subtitle"/>
      </w:pPr>
      <w:r>
        <w:t>feita por quem hospeda ou divide o imóvel (use só se o órgão aceitar)</w:t>
      </w:r>
    </w:p>
    <w:p>
      <w:pPr>
        <w:ind w:firstLine="709"/>
        <w:jc w:val="both"/>
      </w:pPr>
      <w:r>
        <w:t xml:space="preserve">Eu, </w:t>
      </w:r>
      <w:r>
        <w:rPr>
          <w:rStyle w:val="Campoapreencher"/>
          <w:shd w:val="clear" w:color="auto" w:fill="FFF2B3"/>
        </w:rPr>
        <w:t>nome completo de quem declara</w:t>
      </w:r>
      <w:r>
        <w:t xml:space="preserve">, </w:t>
      </w:r>
      <w:r>
        <w:rPr>
          <w:rStyle w:val="Campoapreencher"/>
          <w:shd w:val="clear" w:color="auto" w:fill="FFF2B3"/>
        </w:rPr>
        <w:t>nacionalidade</w:t>
      </w:r>
      <w:r>
        <w:t xml:space="preserve">, </w:t>
      </w:r>
      <w:r>
        <w:rPr>
          <w:rStyle w:val="Campoapreencher"/>
          <w:shd w:val="clear" w:color="auto" w:fill="FFF2B3"/>
        </w:rPr>
        <w:t>estado civil</w:t>
      </w:r>
      <w:r>
        <w:t xml:space="preserve">, portador(a) da carteira de identidade nº </w:t>
      </w:r>
      <w:r>
        <w:rPr>
          <w:rStyle w:val="Campoapreencher"/>
          <w:shd w:val="clear" w:color="auto" w:fill="FFF2B3"/>
        </w:rPr>
        <w:t>número do RG</w:t>
      </w:r>
      <w:r>
        <w:t xml:space="preserve">, inscrito(a) no CPF sob o nº </w:t>
      </w:r>
      <w:r>
        <w:rPr>
          <w:rStyle w:val="Campoapreencher"/>
          <w:shd w:val="clear" w:color="auto" w:fill="FFF2B3"/>
        </w:rPr>
        <w:t>000.000.000-00</w:t>
      </w:r>
      <w:r>
        <w:t xml:space="preserve">, </w:t>
      </w:r>
      <w:r>
        <w:rPr>
          <w:rStyle w:val="Campoapreencher"/>
          <w:shd w:val="clear" w:color="auto" w:fill="FFF2B3"/>
        </w:rPr>
        <w:t>proprietário(a), locatário(a) ou titular da conta</w:t>
      </w:r>
      <w:r>
        <w:t xml:space="preserve"> do imóvel situado no endereço abaixo, </w:t>
      </w:r>
      <w:r>
        <w:rPr>
          <w:b/>
        </w:rPr>
        <w:t>DECLARO</w:t>
      </w:r>
      <w:r>
        <w:t xml:space="preserve">, para fins de </w:t>
      </w:r>
      <w:r>
        <w:rPr>
          <w:rStyle w:val="Campoapreencher"/>
          <w:shd w:val="clear" w:color="auto" w:fill="FFF2B3"/>
        </w:rPr>
        <w:t>finalidade</w:t>
      </w:r>
      <w:r>
        <w:t xml:space="preserve">, que </w:t>
      </w:r>
      <w:r>
        <w:rPr>
          <w:rStyle w:val="Campoapreencher"/>
          <w:shd w:val="clear" w:color="auto" w:fill="FFF2B3"/>
        </w:rPr>
        <w:t>nome completo de quem mora</w:t>
      </w:r>
      <w:r>
        <w:t xml:space="preserve">, inscrito(a) no CPF sob o nº </w:t>
      </w:r>
      <w:r>
        <w:rPr>
          <w:rStyle w:val="Campoapreencher"/>
          <w:shd w:val="clear" w:color="auto" w:fill="FFF2B3"/>
        </w:rPr>
        <w:t>000.000.000-00</w:t>
      </w:r>
      <w:r>
        <w:t xml:space="preserve">, reside comigo neste endereço desde </w:t>
      </w:r>
      <w:r>
        <w:rPr>
          <w:rStyle w:val="Campoapreencher"/>
          <w:shd w:val="clear" w:color="auto" w:fill="FFF2B3"/>
        </w:rPr>
        <w:t>mês/ano</w:t>
      </w:r>
      <w:r>
        <w:t xml:space="preserve">, na condição de </w:t>
      </w:r>
      <w:r>
        <w:rPr>
          <w:rStyle w:val="Campoapreencher"/>
          <w:shd w:val="clear" w:color="auto" w:fill="FFF2B3"/>
        </w:rPr>
        <w:t>filho(a), cônjuge, companheiro(a), parente, hóspede ou outra</w:t>
      </w:r>
      <w:r>
        <w:t>:</w:t>
      </w:r>
    </w:p>
    <w:tbl>
      <w:tblPr>
        <w:tblStyle w:val="TableGrid"/>
        <w:tblW w:type="dxa" w:w="8788"/>
        <w:jc w:val="center"/>
        <w:tblLayout w:type="fixed"/>
        <w:tblLook w:firstColumn="1" w:firstRow="1" w:lastColumn="0" w:lastRow="0" w:noHBand="0" w:noVBand="1" w:val="04A0"/>
      </w:tblPr>
      <w:tblGrid>
        <w:gridCol w:w="3572"/>
        <w:gridCol w:w="5216"/>
      </w:tblGrid>
      <w:tr>
        <w:trPr>
          <w:trHeight w:val="425" w:hRule="atLeast"/>
        </w:trPr>
        <w:tc>
          <w:tcPr>
            <w:tcW w:type="dxa" w:w="3572"/>
          </w:tcPr>
          <w:p>
            <w:pPr>
              <w:pStyle w:val="Textodetabela"/>
            </w:pPr>
            <w:r>
              <w:rPr>
                <w:b/>
              </w:rPr>
              <w:t>Logradouro (rua, avenida...)</w:t>
            </w:r>
          </w:p>
        </w:tc>
        <w:tc>
          <w:tcPr>
            <w:tcW w:type="dxa" w:w="5216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nome da rua</w:t>
            </w:r>
          </w:p>
        </w:tc>
      </w:tr>
      <w:tr>
        <w:trPr>
          <w:trHeight w:val="425" w:hRule="atLeast"/>
        </w:trPr>
        <w:tc>
          <w:tcPr>
            <w:tcW w:type="dxa" w:w="3572"/>
          </w:tcPr>
          <w:p>
            <w:pPr>
              <w:pStyle w:val="Textodetabela"/>
            </w:pPr>
            <w:r>
              <w:rPr>
                <w:b/>
              </w:rPr>
              <w:t>Número e complemento</w:t>
            </w:r>
          </w:p>
        </w:tc>
        <w:tc>
          <w:tcPr>
            <w:tcW w:type="dxa" w:w="5216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número</w:t>
            </w:r>
            <w:r>
              <w:t xml:space="preserve">  </w:t>
            </w:r>
            <w:r>
              <w:rPr>
                <w:rStyle w:val="Campoapreencher"/>
                <w:shd w:val="clear" w:color="auto" w:fill="FFF2B3"/>
              </w:rPr>
              <w:t>apto, bloco, casa, fundos</w:t>
            </w:r>
          </w:p>
        </w:tc>
      </w:tr>
      <w:tr>
        <w:trPr>
          <w:trHeight w:val="425" w:hRule="atLeast"/>
        </w:trPr>
        <w:tc>
          <w:tcPr>
            <w:tcW w:type="dxa" w:w="3572"/>
          </w:tcPr>
          <w:p>
            <w:pPr>
              <w:pStyle w:val="Textodetabela"/>
            </w:pPr>
            <w:r>
              <w:rPr>
                <w:b/>
              </w:rPr>
              <w:t>Bairro</w:t>
            </w:r>
          </w:p>
        </w:tc>
        <w:tc>
          <w:tcPr>
            <w:tcW w:type="dxa" w:w="5216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bairro</w:t>
            </w:r>
          </w:p>
        </w:tc>
      </w:tr>
      <w:tr>
        <w:trPr>
          <w:trHeight w:val="425" w:hRule="atLeast"/>
        </w:trPr>
        <w:tc>
          <w:tcPr>
            <w:tcW w:type="dxa" w:w="3572"/>
          </w:tcPr>
          <w:p>
            <w:pPr>
              <w:pStyle w:val="Textodetabela"/>
            </w:pPr>
            <w:r>
              <w:rPr>
                <w:b/>
              </w:rPr>
              <w:t>Cidade/UF</w:t>
            </w:r>
          </w:p>
        </w:tc>
        <w:tc>
          <w:tcPr>
            <w:tcW w:type="dxa" w:w="5216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cidade</w:t>
            </w:r>
            <w:r>
              <w:t>/</w:t>
            </w:r>
            <w:r>
              <w:rPr>
                <w:rStyle w:val="Campoapreencher"/>
                <w:shd w:val="clear" w:color="auto" w:fill="FFF2B3"/>
              </w:rPr>
              <w:t>UF</w:t>
            </w:r>
          </w:p>
        </w:tc>
      </w:tr>
      <w:tr>
        <w:trPr>
          <w:trHeight w:val="425" w:hRule="atLeast"/>
        </w:trPr>
        <w:tc>
          <w:tcPr>
            <w:tcW w:type="dxa" w:w="3572"/>
          </w:tcPr>
          <w:p>
            <w:pPr>
              <w:pStyle w:val="Textodetabela"/>
            </w:pPr>
            <w:r>
              <w:rPr>
                <w:b/>
              </w:rPr>
              <w:t>CEP</w:t>
            </w:r>
          </w:p>
        </w:tc>
        <w:tc>
          <w:tcPr>
            <w:tcW w:type="dxa" w:w="5216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00000-000</w:t>
            </w:r>
          </w:p>
        </w:tc>
      </w:tr>
    </w:tbl>
    <w:p>
      <w:pPr>
        <w:spacing w:after="0" w:before="0" w:line="120" w:lineRule="exact"/>
      </w:pPr>
    </w:p>
    <w:p>
      <w:pPr>
        <w:spacing w:before="120"/>
        <w:ind w:firstLine="709"/>
        <w:jc w:val="both"/>
      </w:pPr>
      <w:r>
        <w:t>Declaro estar ciente de que, se esta declaração for falsa, ficarei sujeito(a) às sanções civis, administrativas e criminais previstas em lei, inclusive às do art. 299 do Código Penal.</w:t>
      </w:r>
    </w:p>
    <w:p>
      <w:pPr>
        <w:spacing w:after="280"/>
        <w:ind w:firstLine="709"/>
        <w:jc w:val="both"/>
      </w:pPr>
      <w:r>
        <w:t xml:space="preserve">Anexo, se o órgão pedir: </w:t>
      </w:r>
      <w:r>
        <w:rPr>
          <w:rStyle w:val="Campoapreencher"/>
          <w:shd w:val="clear" w:color="auto" w:fill="FFF2B3"/>
        </w:rPr>
        <w:t>cópia de conta de consumo, contrato de locação ou outro documento do imóvel em nome de quem declara</w:t>
      </w:r>
      <w:r>
        <w:t>.</w:t>
      </w:r>
    </w:p>
    <w:p>
      <w:pPr>
        <w:spacing w:after="80"/>
        <w:jc w:val="right"/>
      </w:pPr>
      <w:r>
        <w:rPr>
          <w:rStyle w:val="Campoapreencher"/>
          <w:shd w:val="clear" w:color="auto" w:fill="FFF2B3"/>
        </w:rPr>
        <w:t>Cidade</w:t>
      </w:r>
      <w:r>
        <w:t>/</w:t>
      </w:r>
      <w:r>
        <w:rPr>
          <w:rStyle w:val="Campoapreencher"/>
          <w:shd w:val="clear" w:color="auto" w:fill="FFF2B3"/>
        </w:rPr>
        <w:t>UF</w:t>
      </w:r>
      <w:r>
        <w:t xml:space="preserve">, </w:t>
      </w:r>
      <w:r>
        <w:rPr>
          <w:rStyle w:val="Campoapreencher"/>
          <w:shd w:val="clear" w:color="auto" w:fill="FFF2B3"/>
        </w:rPr>
        <w:t>dd</w:t>
      </w:r>
      <w:r>
        <w:t xml:space="preserve"> de </w:t>
      </w:r>
      <w:r>
        <w:rPr>
          <w:rStyle w:val="Campoapreencher"/>
          <w:shd w:val="clear" w:color="auto" w:fill="FFF2B3"/>
        </w:rPr>
        <w:t>mês</w:t>
      </w:r>
      <w:r>
        <w:t xml:space="preserve"> de </w:t>
      </w:r>
      <w:r>
        <w:rPr>
          <w:rStyle w:val="Campoapreencher"/>
          <w:shd w:val="clear" w:color="auto" w:fill="FFF2B3"/>
        </w:rPr>
        <w:t>aaaa</w:t>
      </w:r>
      <w:r>
        <w:t>.</w:t>
      </w:r>
    </w:p>
    <w:p>
      <w:pPr>
        <w:keepNext/>
        <w:spacing w:after="0" w:before="600" w:line="240" w:lineRule="auto"/>
        <w:jc w:val="center"/>
      </w:pPr>
      <w:r>
        <w:t>__________________________________________</w:t>
      </w:r>
    </w:p>
    <w:p>
      <w:pPr>
        <w:spacing w:after="120" w:before="60" w:line="276" w:lineRule="auto"/>
        <w:jc w:val="center"/>
      </w:pPr>
      <w:r>
        <w:rPr>
          <w:rStyle w:val="Campoapreencher"/>
          <w:shd w:val="clear" w:color="auto" w:fill="FFF2B3"/>
        </w:rPr>
        <w:t>Nome completo de quem declara</w:t>
      </w:r>
      <w:r>
        <w:br/>
        <w:t xml:space="preserve">CPF: </w:t>
      </w:r>
      <w:r>
        <w:rPr>
          <w:rStyle w:val="Campoapreencher"/>
          <w:shd w:val="clear" w:color="auto" w:fill="FFF2B3"/>
        </w:rPr>
        <w:t>000.000.000-00</w:t>
      </w:r>
    </w:p>
    <w:p>
      <w:pPr>
        <w:keepNext/>
        <w:spacing w:after="0" w:before="480" w:line="240" w:lineRule="auto"/>
        <w:jc w:val="center"/>
      </w:pPr>
      <w:r>
        <w:t>__________________________________________</w:t>
      </w:r>
    </w:p>
    <w:p>
      <w:pPr>
        <w:spacing w:after="120" w:before="60" w:line="276" w:lineRule="auto"/>
        <w:jc w:val="center"/>
      </w:pPr>
      <w:r>
        <w:rPr>
          <w:rStyle w:val="Campoapreencher"/>
          <w:shd w:val="clear" w:color="auto" w:fill="FFF2B3"/>
        </w:rPr>
        <w:t>Nome completo de quem mora no endereço</w:t>
      </w:r>
      <w:r>
        <w:br/>
        <w:t xml:space="preserve">CPF: </w:t>
      </w:r>
      <w:r>
        <w:rPr>
          <w:rStyle w:val="Campoapreencher"/>
          <w:shd w:val="clear" w:color="auto" w:fill="FFF2B3"/>
        </w:rPr>
        <w:t>000.000.000-00</w:t>
      </w:r>
    </w:p>
    <w:sectPr w:rsidR="00FC693F" w:rsidRPr="0006063C" w:rsidSect="00034616">
      <w:footerReference w:type="default" r:id="rId9"/>
      <w:pgSz w:w="11906" w:h="16838"/>
      <w:pgMar w:top="1701" w:right="1417" w:bottom="1417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280"/>
        <w:sz w:val="20"/>
      </w:rPr>
      <w:t>Modelo de uso geral. Cada órgão define o comprovante de endereço que aceita: confira antes de usar.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60" w:before="0" w:line="360" w:lineRule="auto"/>
    </w:pPr>
    <w:rPr>
      <w:rFonts w:ascii="Arial" w:hAnsi="Arial" w:eastAsia="Arial" w:cs="Arial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 w:line="360" w:lineRule="auto"/>
      <w:outlineLvl w:val="0"/>
    </w:pPr>
    <w:rPr>
      <w:b/>
      <w:bCs/>
      <w:i w:val="0"/>
      <w:color w:val="1F2937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360" w:lineRule="auto"/>
      <w:outlineLvl w:val="1"/>
    </w:pPr>
    <w:rPr>
      <w:b/>
      <w:bCs/>
      <w:i w:val="0"/>
      <w:color w:val="1F2937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360" w:lineRule="auto"/>
      <w:outlineLvl w:val="2"/>
    </w:pPr>
    <w:rPr>
      <w:b/>
      <w:bCs/>
      <w:i w:val="0"/>
      <w:color w:val="1F2937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 w:before="0"/>
      <w:contextualSpacing/>
      <w:jc w:val="center"/>
    </w:pPr>
    <w:rPr>
      <w:b/>
      <w:i w:val="0"/>
      <w:color w:val="1F2937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40"/>
      <w:jc w:val="center"/>
    </w:pPr>
    <w:rPr>
      <w:b w:val="0"/>
      <w:i/>
      <w:iCs/>
      <w:color w:val="4B5563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360" w:lineRule="auto"/>
      <w:contextualSpacing/>
    </w:pPr>
    <w:rPr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360" w:lineRule="auto"/>
      <w:contextualSpacing/>
    </w:pPr>
    <w:rPr>
      <w:sz w:val="24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Campoapreencher">
    <w:name w:val="Campo a preencher"/>
    <w:basedOn w:val="DefaultParagraphFont"/>
    <w:qFormat/>
  </w:style>
  <w:style w:type="paragraph" w:customStyle="1" w:styleId="Citaçãolonga">
    <w:name w:val="Citação longa"/>
    <w:basedOn w:val="Normal"/>
    <w:qFormat/>
    <w:pPr>
      <w:spacing w:line="240" w:lineRule="auto"/>
      <w:ind w:left="2268"/>
      <w:jc w:val="both"/>
    </w:pPr>
    <w:rPr>
      <w:sz w:val="20"/>
    </w:rPr>
  </w:style>
  <w:style w:type="paragraph" w:customStyle="1" w:styleId="Textodetabela">
    <w:name w:val="Texto de tabela"/>
    <w:basedOn w:val="Normal"/>
    <w:qFormat/>
    <w:pPr>
      <w:spacing w:after="40" w:before="40" w:line="240" w:lineRule="auto"/>
    </w:pPr>
    <w:rPr>
      <w:sz w:val="23"/>
    </w:rPr>
  </w:style>
  <w:style w:type="paragraph" w:customStyle="1" w:styleId="Títulosemnumeração">
    <w:name w:val="Título sem numeração"/>
    <w:basedOn w:val="Normal"/>
    <w:qFormat/>
    <w:pPr>
      <w:keepNext/>
      <w:spacing w:after="240"/>
      <w:jc w:val="center"/>
      <w:outlineLvl w:val="0"/>
    </w:pPr>
    <w:rPr>
      <w:b/>
      <w:i w:val="0"/>
      <w:color w:val="1F2937"/>
      <w:sz w:val="30"/>
    </w:rPr>
  </w:style>
  <w:style w:type="paragraph" w:customStyle="1" w:styleId="toc1">
    <w:name w:val="toc 1"/>
    <w:basedOn w:val="Normal"/>
    <w:pPr>
      <w:tabs>
        <w:tab w:pos="8787" w:val="right" w:leader="dot"/>
      </w:tabs>
      <w:spacing w:after="80" w:line="240" w:lineRule="auto"/>
      <w:ind w:left="0"/>
    </w:pPr>
    <w:rPr>
      <w:sz w:val="24"/>
    </w:rPr>
  </w:style>
  <w:style w:type="paragraph" w:customStyle="1" w:styleId="toc2">
    <w:name w:val="toc 2"/>
    <w:basedOn w:val="Normal"/>
    <w:pPr>
      <w:tabs>
        <w:tab w:pos="8787" w:val="right" w:leader="dot"/>
      </w:tabs>
      <w:spacing w:after="80" w:line="240" w:lineRule="auto"/>
      <w:ind w:left="340"/>
    </w:pPr>
    <w:rPr>
      <w:sz w:val="24"/>
    </w:rPr>
  </w:style>
  <w:style w:type="paragraph" w:customStyle="1" w:styleId="toc3">
    <w:name w:val="toc 3"/>
    <w:basedOn w:val="Normal"/>
    <w:pPr>
      <w:tabs>
        <w:tab w:pos="8787" w:val="right" w:leader="dot"/>
      </w:tabs>
      <w:spacing w:after="80" w:line="240" w:lineRule="auto"/>
      <w:ind w:left="680"/>
    </w:pPr>
    <w:rPr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 de residência</dc:title>
  <dc:subject>Declaração de residência firmada pelo próprio interessado, com variante de terceiro</dc:subject>
  <dc:creator>Word na prática</dc:creator>
  <cp:keywords/>
  <dc:description>Modelo gratuito de baixarword.com.br. Os trechos em amarelo são os campos a preencher.</dc:description>
  <cp:lastModifiedBy>Word na prática</cp:lastModifiedBy>
  <cp:revision>1</cp:revision>
  <dcterms:created xsi:type="dcterms:W3CDTF">2013-12-23T23:15:00Z</dcterms:created>
  <dcterms:modified xsi:type="dcterms:W3CDTF">2013-12-23T23:15:00Z</dcterms:modified>
  <cp:category/>
  <dc:language>pt-BR</dc:language>
</cp:coreProperties>
</file>