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Style w:val="Campoapreencher"/>
          <w:shd w:val="clear" w:color="auto" w:fill="FFF2B3"/>
        </w:rPr>
        <w:t>SEU NOME COMPLETO</w:t>
      </w:r>
    </w:p>
    <w:p>
      <w:pPr>
        <w:spacing w:after="0"/>
        <w:jc w:val="center"/>
      </w:pPr>
      <w:r>
        <w:rPr>
          <w:rStyle w:val="Campoapreencher"/>
          <w:shd w:val="clear" w:color="auto" w:fill="FFF2B3"/>
        </w:rPr>
        <w:t>Cidade, UF</w:t>
      </w:r>
      <w:r>
        <w:t xml:space="preserve">  |  </w:t>
      </w:r>
      <w:r>
        <w:rPr>
          <w:rStyle w:val="Campoapreencher"/>
          <w:shd w:val="clear" w:color="auto" w:fill="FFF2B3"/>
        </w:rPr>
        <w:t>(00) 00000-0000</w:t>
      </w:r>
      <w:r>
        <w:t xml:space="preserve">  |  </w:t>
      </w:r>
      <w:r>
        <w:rPr>
          <w:rStyle w:val="Campoapreencher"/>
          <w:shd w:val="clear" w:color="auto" w:fill="FFF2B3"/>
        </w:rPr>
        <w:t>seuemail@exemplo.com</w:t>
      </w:r>
    </w:p>
    <w:p>
      <w:pPr>
        <w:spacing w:after="80"/>
        <w:jc w:val="center"/>
      </w:pPr>
      <w:r>
        <w:rPr>
          <w:rStyle w:val="Campoapreencher"/>
          <w:shd w:val="clear" w:color="auto" w:fill="FFF2B3"/>
        </w:rPr>
        <w:t>Link do LinkedIn ou do portfólio (apague se não tiver)</w:t>
      </w:r>
    </w:p>
    <w:p>
      <w:pPr>
        <w:pStyle w:val="Heading1"/>
      </w:pPr>
      <w:r>
        <w:t>Objetivo</w:t>
      </w:r>
    </w:p>
    <w:p>
      <w:r>
        <w:rPr>
          <w:rStyle w:val="Campoapreencher"/>
          <w:shd w:val="clear" w:color="auto" w:fill="FFF2B3"/>
        </w:rPr>
        <w:t>Cargo ou área que você procura, em uma linha. Ex.: Assistente administrativo</w:t>
      </w:r>
    </w:p>
    <w:p>
      <w:pPr>
        <w:pStyle w:val="Heading1"/>
      </w:pPr>
      <w:r>
        <w:t>Resumo profissional</w:t>
      </w:r>
    </w:p>
    <w:p>
      <w:pPr>
        <w:jc w:val="both"/>
      </w:pPr>
      <w:r>
        <w:rPr>
          <w:rStyle w:val="Campoapreencher"/>
          <w:shd w:val="clear" w:color="auto" w:fill="FFF2B3"/>
        </w:rPr>
        <w:t>Duas a quatro frases: quanto tempo de experiência você tem, em que tipo de trabalho, o que faz bem e um resultado concreto que pode ser conferido.</w:t>
      </w:r>
    </w:p>
    <w:p>
      <w:pPr>
        <w:pStyle w:val="Heading1"/>
      </w:pPr>
      <w:r>
        <w:t>Experiência profissional</w:t>
      </w:r>
    </w:p>
    <w:p>
      <w:pPr>
        <w:pStyle w:val="Heading2"/>
      </w:pPr>
      <w:r>
        <w:rPr>
          <w:rStyle w:val="Campoapreencher"/>
          <w:shd w:val="clear" w:color="auto" w:fill="FFF2B3"/>
        </w:rPr>
        <w:t>Cargo</w:t>
      </w:r>
      <w:r>
        <w:t xml:space="preserve">  |  </w:t>
      </w:r>
      <w:r>
        <w:rPr>
          <w:rStyle w:val="Campoapreencher"/>
          <w:shd w:val="clear" w:color="auto" w:fill="FFF2B3"/>
        </w:rPr>
        <w:t>Nome da empresa</w:t>
      </w:r>
    </w:p>
    <w:p>
      <w:r>
        <w:rPr>
          <w:rStyle w:val="Campoapreencher"/>
          <w:i/>
          <w:shd w:val="clear" w:color="auto" w:fill="FFF2B3"/>
        </w:rPr>
        <w:t>mês/aaaa</w:t>
      </w:r>
      <w:r>
        <w:rPr>
          <w:i/>
        </w:rPr>
        <w:t xml:space="preserve"> a </w:t>
      </w:r>
      <w:r>
        <w:rPr>
          <w:rStyle w:val="Campoapreencher"/>
          <w:i/>
          <w:shd w:val="clear" w:color="auto" w:fill="FFF2B3"/>
        </w:rPr>
        <w:t>mês/aaaa ou atual</w:t>
      </w:r>
      <w:r>
        <w:rPr>
          <w:i/>
        </w:rPr>
        <w:t xml:space="preserve">  |  </w:t>
      </w:r>
      <w:r>
        <w:rPr>
          <w:rStyle w:val="Campoapreencher"/>
          <w:i/>
          <w:shd w:val="clear" w:color="auto" w:fill="FFF2B3"/>
        </w:rPr>
        <w:t>Cidade, UF</w:t>
      </w:r>
    </w:p>
    <w:p>
      <w:pPr>
        <w:pStyle w:val="ListBullet"/>
      </w:pPr>
      <w:r>
        <w:rPr>
          <w:rStyle w:val="Campoapreencher"/>
          <w:shd w:val="clear" w:color="auto" w:fill="FFF2B3"/>
        </w:rPr>
        <w:t>Principal responsabilidade, começando por um verbo: atendia, organizava, controlava...</w:t>
      </w:r>
    </w:p>
    <w:p>
      <w:pPr>
        <w:pStyle w:val="ListBullet"/>
      </w:pPr>
      <w:r>
        <w:rPr>
          <w:rStyle w:val="Campoapreencher"/>
          <w:shd w:val="clear" w:color="auto" w:fill="FFF2B3"/>
        </w:rPr>
        <w:t>Resultado com número, se tiver. Ex.: reduzi o prazo de entrega de 5 para 3 dias</w:t>
      </w:r>
    </w:p>
    <w:p>
      <w:pPr>
        <w:pStyle w:val="ListBullet"/>
      </w:pPr>
      <w:r>
        <w:rPr>
          <w:rStyle w:val="Campoapreencher"/>
          <w:shd w:val="clear" w:color="auto" w:fill="FFF2B3"/>
        </w:rPr>
        <w:t>Sistema, ferramenta ou equipamento que você usava no dia a dia</w:t>
      </w:r>
    </w:p>
    <w:p>
      <w:pPr>
        <w:pStyle w:val="Heading2"/>
      </w:pPr>
      <w:r>
        <w:rPr>
          <w:rStyle w:val="Campoapreencher"/>
          <w:shd w:val="clear" w:color="auto" w:fill="FFF2B3"/>
        </w:rPr>
        <w:t>Cargo</w:t>
      </w:r>
      <w:r>
        <w:t xml:space="preserve">  |  </w:t>
      </w:r>
      <w:r>
        <w:rPr>
          <w:rStyle w:val="Campoapreencher"/>
          <w:shd w:val="clear" w:color="auto" w:fill="FFF2B3"/>
        </w:rPr>
        <w:t>Nome da empresa</w:t>
      </w:r>
    </w:p>
    <w:p>
      <w:r>
        <w:rPr>
          <w:rStyle w:val="Campoapreencher"/>
          <w:i/>
          <w:shd w:val="clear" w:color="auto" w:fill="FFF2B3"/>
        </w:rPr>
        <w:t>mês/aaaa</w:t>
      </w:r>
      <w:r>
        <w:rPr>
          <w:i/>
        </w:rPr>
        <w:t xml:space="preserve"> a </w:t>
      </w:r>
      <w:r>
        <w:rPr>
          <w:rStyle w:val="Campoapreencher"/>
          <w:i/>
          <w:shd w:val="clear" w:color="auto" w:fill="FFF2B3"/>
        </w:rPr>
        <w:t>mês/aaaa</w:t>
      </w:r>
      <w:r>
        <w:rPr>
          <w:i/>
        </w:rPr>
        <w:t xml:space="preserve">  |  </w:t>
      </w:r>
      <w:r>
        <w:rPr>
          <w:rStyle w:val="Campoapreencher"/>
          <w:i/>
          <w:shd w:val="clear" w:color="auto" w:fill="FFF2B3"/>
        </w:rPr>
        <w:t>Cidade, UF</w:t>
      </w:r>
    </w:p>
    <w:p>
      <w:pPr>
        <w:pStyle w:val="ListBullet"/>
      </w:pPr>
      <w:r>
        <w:rPr>
          <w:rStyle w:val="Campoapreencher"/>
          <w:shd w:val="clear" w:color="auto" w:fill="FFF2B3"/>
        </w:rPr>
        <w:t>Principal responsabilidade</w:t>
      </w:r>
    </w:p>
    <w:p>
      <w:pPr>
        <w:pStyle w:val="ListBullet"/>
      </w:pPr>
      <w:r>
        <w:rPr>
          <w:rStyle w:val="Campoapreencher"/>
          <w:shd w:val="clear" w:color="auto" w:fill="FFF2B3"/>
        </w:rPr>
        <w:t>Resultado ou entrega de que você se orgulha</w:t>
      </w:r>
    </w:p>
    <w:p>
      <w:pPr>
        <w:pStyle w:val="Heading1"/>
      </w:pPr>
      <w:r>
        <w:t>Formação</w:t>
      </w:r>
    </w:p>
    <w:p>
      <w:pPr>
        <w:pStyle w:val="Heading2"/>
      </w:pPr>
      <w:r>
        <w:rPr>
          <w:rStyle w:val="Campoapreencher"/>
          <w:shd w:val="clear" w:color="auto" w:fill="FFF2B3"/>
        </w:rPr>
        <w:t>Nome do curso</w:t>
      </w:r>
      <w:r>
        <w:t xml:space="preserve">  |  </w:t>
      </w:r>
      <w:r>
        <w:rPr>
          <w:rStyle w:val="Campoapreencher"/>
          <w:shd w:val="clear" w:color="auto" w:fill="FFF2B3"/>
        </w:rPr>
        <w:t>Instituição</w:t>
      </w:r>
    </w:p>
    <w:p>
      <w:r>
        <w:rPr>
          <w:rStyle w:val="Campoapreencher"/>
          <w:i/>
          <w:shd w:val="clear" w:color="auto" w:fill="FFF2B3"/>
        </w:rPr>
        <w:t>Concluído em aaaa, ou: cursando, conclusão prevista para aaaa</w:t>
      </w:r>
    </w:p>
    <w:p>
      <w:pPr>
        <w:pStyle w:val="Heading1"/>
      </w:pPr>
      <w:r>
        <w:t>Cursos e certificações</w:t>
      </w:r>
    </w:p>
    <w:p>
      <w:pPr>
        <w:pStyle w:val="ListBullet"/>
      </w:pPr>
      <w:r>
        <w:rPr>
          <w:rStyle w:val="Campoapreencher"/>
          <w:shd w:val="clear" w:color="auto" w:fill="FFF2B3"/>
        </w:rPr>
        <w:t>Nome do curso</w:t>
      </w:r>
      <w:r>
        <w:t xml:space="preserve">, </w:t>
      </w:r>
      <w:r>
        <w:rPr>
          <w:rStyle w:val="Campoapreencher"/>
          <w:shd w:val="clear" w:color="auto" w:fill="FFF2B3"/>
        </w:rPr>
        <w:t>instituição</w:t>
      </w:r>
      <w:r>
        <w:t xml:space="preserve">, </w:t>
      </w:r>
      <w:r>
        <w:rPr>
          <w:rStyle w:val="Campoapreencher"/>
          <w:shd w:val="clear" w:color="auto" w:fill="FFF2B3"/>
        </w:rPr>
        <w:t>carga horária</w:t>
      </w:r>
      <w:r>
        <w:t xml:space="preserve">, </w:t>
      </w:r>
      <w:r>
        <w:rPr>
          <w:rStyle w:val="Campoapreencher"/>
          <w:shd w:val="clear" w:color="auto" w:fill="FFF2B3"/>
        </w:rPr>
        <w:t>aaaa</w:t>
      </w:r>
    </w:p>
    <w:p>
      <w:pPr>
        <w:pStyle w:val="ListBullet"/>
      </w:pPr>
      <w:r>
        <w:rPr>
          <w:rStyle w:val="Campoapreencher"/>
          <w:shd w:val="clear" w:color="auto" w:fill="FFF2B3"/>
        </w:rPr>
        <w:t>Nome do curso</w:t>
      </w:r>
      <w:r>
        <w:t xml:space="preserve">, </w:t>
      </w:r>
      <w:r>
        <w:rPr>
          <w:rStyle w:val="Campoapreencher"/>
          <w:shd w:val="clear" w:color="auto" w:fill="FFF2B3"/>
        </w:rPr>
        <w:t>instituição</w:t>
      </w:r>
      <w:r>
        <w:t xml:space="preserve">, </w:t>
      </w:r>
      <w:r>
        <w:rPr>
          <w:rStyle w:val="Campoapreencher"/>
          <w:shd w:val="clear" w:color="auto" w:fill="FFF2B3"/>
        </w:rPr>
        <w:t>carga horária</w:t>
      </w:r>
      <w:r>
        <w:t xml:space="preserve">, </w:t>
      </w:r>
      <w:r>
        <w:rPr>
          <w:rStyle w:val="Campoapreencher"/>
          <w:shd w:val="clear" w:color="auto" w:fill="FFF2B3"/>
        </w:rPr>
        <w:t>aaaa</w:t>
      </w:r>
    </w:p>
    <w:p>
      <w:pPr>
        <w:pStyle w:val="Heading1"/>
      </w:pPr>
      <w:r>
        <w:t>Idiomas</w:t>
      </w:r>
    </w:p>
    <w:p>
      <w:pPr>
        <w:pStyle w:val="ListBullet"/>
      </w:pPr>
      <w:r>
        <w:rPr>
          <w:rStyle w:val="Campoapreencher"/>
          <w:shd w:val="clear" w:color="auto" w:fill="FFF2B3"/>
        </w:rPr>
        <w:t>Inglês</w:t>
      </w:r>
      <w:r>
        <w:t xml:space="preserve">: </w:t>
      </w:r>
      <w:r>
        <w:rPr>
          <w:rStyle w:val="Campoapreencher"/>
          <w:shd w:val="clear" w:color="auto" w:fill="FFF2B3"/>
        </w:rPr>
        <w:t>nível, ex.: intermediário (leitura e conversação)</w:t>
      </w:r>
    </w:p>
    <w:p>
      <w:pPr>
        <w:pStyle w:val="ListBullet"/>
      </w:pPr>
      <w:r>
        <w:rPr>
          <w:rStyle w:val="Campoapreencher"/>
          <w:shd w:val="clear" w:color="auto" w:fill="FFF2B3"/>
        </w:rPr>
        <w:t>Espanhol</w:t>
      </w:r>
      <w:r>
        <w:t xml:space="preserve">: </w:t>
      </w:r>
      <w:r>
        <w:rPr>
          <w:rStyle w:val="Campoapreencher"/>
          <w:shd w:val="clear" w:color="auto" w:fill="FFF2B3"/>
        </w:rPr>
        <w:t>nível</w:t>
      </w:r>
    </w:p>
    <w:p>
      <w:pPr>
        <w:pStyle w:val="Heading1"/>
      </w:pPr>
      <w:r>
        <w:t>Habilidades</w:t>
      </w:r>
    </w:p>
    <w:p>
      <w:pPr>
        <w:pStyle w:val="ListBullet"/>
      </w:pPr>
      <w:r>
        <w:rPr>
          <w:rStyle w:val="Campoapreencher"/>
          <w:shd w:val="clear" w:color="auto" w:fill="FFF2B3"/>
        </w:rPr>
        <w:t>Programa ou ferramenta e o que você faz nele. Ex.: Excel (tabelas e gráficos)</w:t>
      </w:r>
    </w:p>
    <w:p>
      <w:pPr>
        <w:pStyle w:val="ListBullet"/>
      </w:pPr>
      <w:r>
        <w:rPr>
          <w:rStyle w:val="Campoapreencher"/>
          <w:shd w:val="clear" w:color="auto" w:fill="FFF2B3"/>
        </w:rPr>
        <w:t>Habilidade ligada à vaga. Ex.: atendimento ao cliente por telefone e e-mail</w:t>
      </w:r>
    </w:p>
    <w:p>
      <w:pPr>
        <w:pStyle w:val="ListBullet"/>
      </w:pPr>
      <w:r>
        <w:rPr>
          <w:rStyle w:val="Campoapreencher"/>
          <w:shd w:val="clear" w:color="auto" w:fill="FFF2B3"/>
        </w:rPr>
        <w:t>Outra habilidade que a vaga pede</w:t>
      </w:r>
    </w:p>
    <w:sectPr w:rsidR="00FC693F" w:rsidRPr="0006063C" w:rsidSect="00034616"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before="0" w:line="276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76" w:lineRule="auto"/>
      <w:outlineLvl w:val="0"/>
    </w:pPr>
    <w:rPr>
      <w:b/>
      <w:bCs/>
      <w:i w:val="0"/>
      <w:color w:val="1F29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b/>
      <w:bCs/>
      <w:i w:val="0"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b/>
      <w:bCs/>
      <w:i w:val="0"/>
      <w:color w:val="1F293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1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8"/>
    </w:rPr>
  </w:style>
  <w:style w:type="paragraph" w:customStyle="1" w:styleId="toc1">
    <w:name w:val="toc 1"/>
    <w:basedOn w:val="Normal"/>
    <w:pPr>
      <w:tabs>
        <w:tab w:pos="9638" w:val="right" w:leader="dot"/>
      </w:tabs>
      <w:spacing w:after="80" w:line="240" w:lineRule="auto"/>
      <w:ind w:left="0"/>
    </w:pPr>
    <w:rPr>
      <w:sz w:val="22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 w:line="240" w:lineRule="auto"/>
      <w:ind w:left="340"/>
    </w:pPr>
    <w:rPr>
      <w:sz w:val="22"/>
    </w:rPr>
  </w:style>
  <w:style w:type="paragraph" w:customStyle="1" w:styleId="toc3">
    <w:name w:val="toc 3"/>
    <w:basedOn w:val="Normal"/>
    <w:pPr>
      <w:tabs>
        <w:tab w:pos="9638" w:val="right" w:leader="dot"/>
      </w:tabs>
      <w:spacing w:after="80" w:line="240" w:lineRule="auto"/>
      <w:ind w:left="680"/>
    </w:pPr>
    <w:rPr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Currículo simples</dc:title>
  <dc:subject>Currículo de uma coluna para preencher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