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Style w:val="Campoapreencher"/>
          <w:shd w:val="clear" w:color="auto" w:fill="FFF2B3"/>
        </w:rPr>
        <w:t>Seu nome completo</w:t>
      </w:r>
    </w:p>
    <w:p>
      <w:pPr>
        <w:pStyle w:val="Subtitle"/>
      </w:pPr>
      <w:r>
        <w:rPr>
          <w:rStyle w:val="Campoapreencher"/>
          <w:shd w:val="clear" w:color="auto" w:fill="FFF2B3"/>
        </w:rPr>
        <w:t>Vaga ou área de interesse. Ex.: jovem aprendiz, atendimento, auxiliar administrativo</w:t>
      </w:r>
    </w:p>
    <w:p>
      <w:pPr>
        <w:spacing w:after="0"/>
        <w:jc w:val="center"/>
      </w:pPr>
      <w:r>
        <w:rPr>
          <w:b/>
        </w:rPr>
        <w:t>Telefone:</w:t>
      </w:r>
      <w:r>
        <w:t xml:space="preserve"> </w:t>
      </w:r>
      <w:r>
        <w:rPr>
          <w:rStyle w:val="Campoapreencher"/>
          <w:shd w:val="clear" w:color="auto" w:fill="FFF2B3"/>
        </w:rPr>
        <w:t>(00) 00000-0000</w:t>
      </w:r>
      <w:r>
        <w:t xml:space="preserve">  |  </w:t>
      </w:r>
      <w:r>
        <w:rPr>
          <w:b/>
        </w:rPr>
        <w:t>E-mail:</w:t>
      </w:r>
      <w:r>
        <w:t xml:space="preserve"> </w:t>
      </w:r>
      <w:r>
        <w:rPr>
          <w:rStyle w:val="Campoapreencher"/>
          <w:shd w:val="clear" w:color="auto" w:fill="FFF2B3"/>
        </w:rPr>
        <w:t>seuemail@exemplo.com</w:t>
      </w:r>
    </w:p>
    <w:p>
      <w:pPr>
        <w:spacing w:after="80"/>
        <w:jc w:val="center"/>
      </w:pPr>
      <w:r>
        <w:rPr>
          <w:b/>
        </w:rPr>
        <w:t>Cidade:</w:t>
      </w:r>
      <w:r>
        <w:t xml:space="preserve"> </w:t>
      </w:r>
      <w:r>
        <w:rPr>
          <w:rStyle w:val="Campoapreencher"/>
          <w:shd w:val="clear" w:color="auto" w:fill="FFF2B3"/>
        </w:rPr>
        <w:t>Cidade, UF</w:t>
      </w:r>
      <w:r>
        <w:t xml:space="preserve">  |  </w:t>
      </w:r>
      <w:r>
        <w:rPr>
          <w:b/>
        </w:rPr>
        <w:t>Bairro:</w:t>
      </w:r>
      <w:r>
        <w:t xml:space="preserve"> </w:t>
      </w:r>
      <w:r>
        <w:rPr>
          <w:rStyle w:val="Campoapreencher"/>
          <w:shd w:val="clear" w:color="auto" w:fill="FFF2B3"/>
        </w:rPr>
        <w:t>bairro (opcional)</w:t>
      </w:r>
    </w:p>
    <w:p>
      <w:pPr>
        <w:pStyle w:val="Heading1"/>
      </w:pPr>
      <w:r>
        <w:t>Sobre mim</w:t>
      </w:r>
    </w:p>
    <w:p>
      <w:pPr>
        <w:jc w:val="both"/>
      </w:pPr>
      <w:r>
        <w:rPr>
          <w:rStyle w:val="Campoapreencher"/>
          <w:shd w:val="clear" w:color="auto" w:fill="FFF2B3"/>
        </w:rPr>
        <w:t>Três frases com suas palavras: o que você estuda agora, o que você já faz bem (organizar, atender, explicar, consertar) e o que quer aprender no primeiro emprego.</w:t>
      </w:r>
    </w:p>
    <w:p>
      <w:pPr>
        <w:pStyle w:val="Heading1"/>
      </w:pPr>
      <w:r>
        <w:t>Formação escolar</w:t>
      </w:r>
    </w:p>
    <w:p>
      <w:pPr>
        <w:pStyle w:val="Heading2"/>
      </w:pPr>
      <w:r>
        <w:rPr>
          <w:rStyle w:val="Campoapreencher"/>
          <w:shd w:val="clear" w:color="auto" w:fill="FFF2B3"/>
        </w:rPr>
        <w:t>Ensino médio, técnico ou superior</w:t>
      </w:r>
      <w:r>
        <w:t xml:space="preserve">  |  </w:t>
      </w:r>
      <w:r>
        <w:rPr>
          <w:rStyle w:val="Campoapreencher"/>
          <w:shd w:val="clear" w:color="auto" w:fill="FFF2B3"/>
        </w:rPr>
        <w:t>Nome da escola ou faculdade</w:t>
      </w:r>
    </w:p>
    <w:p>
      <w:pPr>
        <w:spacing w:after="0"/>
      </w:pPr>
      <w:r>
        <w:rPr>
          <w:rStyle w:val="Campoapreencher"/>
          <w:i/>
          <w:shd w:val="clear" w:color="auto" w:fill="FFF2B3"/>
        </w:rPr>
        <w:t>Cursando o 2º ano, com conclusão prevista para aaaa, ou: concluído em aaaa</w:t>
      </w:r>
    </w:p>
    <w:p>
      <w:r>
        <w:rPr>
          <w:i/>
        </w:rPr>
        <w:t xml:space="preserve">Turno: </w:t>
      </w:r>
      <w:r>
        <w:rPr>
          <w:rStyle w:val="Campoapreencher"/>
          <w:i/>
          <w:shd w:val="clear" w:color="auto" w:fill="FFF2B3"/>
        </w:rPr>
        <w:t>manhã, tarde ou noite</w:t>
      </w:r>
    </w:p>
    <w:p>
      <w:pPr>
        <w:pStyle w:val="Heading1"/>
      </w:pPr>
      <w:r>
        <w:t>Cursos livres e técnicos</w:t>
      </w:r>
    </w:p>
    <w:p>
      <w:pPr>
        <w:pStyle w:val="ListBullet"/>
      </w:pPr>
      <w:r>
        <w:rPr>
          <w:rStyle w:val="Campoapreencher"/>
          <w:shd w:val="clear" w:color="auto" w:fill="FFF2B3"/>
        </w:rPr>
        <w:t>Nome do curso</w:t>
      </w:r>
      <w:r>
        <w:t xml:space="preserve">, </w:t>
      </w:r>
      <w:r>
        <w:rPr>
          <w:rStyle w:val="Campoapreencher"/>
          <w:shd w:val="clear" w:color="auto" w:fill="FFF2B3"/>
        </w:rPr>
        <w:t>escola ou plataforma</w:t>
      </w:r>
      <w:r>
        <w:t xml:space="preserve">, </w:t>
      </w:r>
      <w:r>
        <w:rPr>
          <w:rStyle w:val="Campoapreencher"/>
          <w:shd w:val="clear" w:color="auto" w:fill="FFF2B3"/>
        </w:rPr>
        <w:t>carga horária</w:t>
      </w:r>
      <w:r>
        <w:t xml:space="preserve">, </w:t>
      </w:r>
      <w:r>
        <w:rPr>
          <w:rStyle w:val="Campoapreencher"/>
          <w:shd w:val="clear" w:color="auto" w:fill="FFF2B3"/>
        </w:rPr>
        <w:t>aaaa</w:t>
      </w:r>
    </w:p>
    <w:p>
      <w:pPr>
        <w:pStyle w:val="ListBullet"/>
      </w:pPr>
      <w:r>
        <w:rPr>
          <w:rStyle w:val="Campoapreencher"/>
          <w:shd w:val="clear" w:color="auto" w:fill="FFF2B3"/>
        </w:rPr>
        <w:t>Nome do curso</w:t>
      </w:r>
      <w:r>
        <w:t xml:space="preserve">, </w:t>
      </w:r>
      <w:r>
        <w:rPr>
          <w:rStyle w:val="Campoapreencher"/>
          <w:shd w:val="clear" w:color="auto" w:fill="FFF2B3"/>
        </w:rPr>
        <w:t>escola ou plataforma</w:t>
      </w:r>
      <w:r>
        <w:t xml:space="preserve">, </w:t>
      </w:r>
      <w:r>
        <w:rPr>
          <w:rStyle w:val="Campoapreencher"/>
          <w:shd w:val="clear" w:color="auto" w:fill="FFF2B3"/>
        </w:rPr>
        <w:t>carga horária</w:t>
      </w:r>
      <w:r>
        <w:t xml:space="preserve">, </w:t>
      </w:r>
      <w:r>
        <w:rPr>
          <w:rStyle w:val="Campoapreencher"/>
          <w:shd w:val="clear" w:color="auto" w:fill="FFF2B3"/>
        </w:rPr>
        <w:t>aaaa, ou: em andamento</w:t>
      </w:r>
    </w:p>
    <w:p>
      <w:pPr>
        <w:pStyle w:val="Heading1"/>
      </w:pPr>
      <w:r>
        <w:t>Projetos, trabalhos e voluntariado</w:t>
      </w:r>
    </w:p>
    <w:p>
      <w:pPr>
        <w:pStyle w:val="Heading2"/>
      </w:pPr>
      <w:r>
        <w:rPr>
          <w:rStyle w:val="Campoapreencher"/>
          <w:shd w:val="clear" w:color="auto" w:fill="FFF2B3"/>
        </w:rPr>
        <w:t>Nome do projeto ou trabalho escolar</w:t>
      </w:r>
    </w:p>
    <w:p>
      <w:r>
        <w:rPr>
          <w:rStyle w:val="Campoapreencher"/>
          <w:i/>
          <w:shd w:val="clear" w:color="auto" w:fill="FFF2B3"/>
        </w:rPr>
        <w:t>Escola ou grupo</w:t>
      </w:r>
      <w:r>
        <w:rPr>
          <w:i/>
        </w:rPr>
        <w:t xml:space="preserve">  |  </w:t>
      </w:r>
      <w:r>
        <w:rPr>
          <w:rStyle w:val="Campoapreencher"/>
          <w:i/>
          <w:shd w:val="clear" w:color="auto" w:fill="FFF2B3"/>
        </w:rPr>
        <w:t>mês/aaaa</w:t>
      </w:r>
    </w:p>
    <w:p>
      <w:pPr>
        <w:pStyle w:val="ListBullet"/>
      </w:pPr>
      <w:r>
        <w:rPr>
          <w:rStyle w:val="Campoapreencher"/>
          <w:shd w:val="clear" w:color="auto" w:fill="FFF2B3"/>
        </w:rPr>
        <w:t>O que você fez, de verdade. Ex.: montei a planilha de gastos da feira de ciências</w:t>
      </w:r>
    </w:p>
    <w:p>
      <w:pPr>
        <w:pStyle w:val="ListBullet"/>
      </w:pPr>
      <w:r>
        <w:rPr>
          <w:rStyle w:val="Campoapreencher"/>
          <w:shd w:val="clear" w:color="auto" w:fill="FFF2B3"/>
        </w:rPr>
        <w:t>O que ficou pronto ou o que você aprendeu</w:t>
      </w:r>
    </w:p>
    <w:p>
      <w:pPr>
        <w:pStyle w:val="Heading2"/>
      </w:pPr>
      <w:r>
        <w:rPr>
          <w:rStyle w:val="Campoapreencher"/>
          <w:shd w:val="clear" w:color="auto" w:fill="FFF2B3"/>
        </w:rPr>
        <w:t>Atividade voluntária, ajuda em negócio da família ou evento</w:t>
      </w:r>
    </w:p>
    <w:p>
      <w:r>
        <w:rPr>
          <w:rStyle w:val="Campoapreencher"/>
          <w:i/>
          <w:shd w:val="clear" w:color="auto" w:fill="FFF2B3"/>
        </w:rPr>
        <w:t>Onde</w:t>
      </w:r>
      <w:r>
        <w:rPr>
          <w:i/>
        </w:rPr>
        <w:t xml:space="preserve">  |  </w:t>
      </w:r>
      <w:r>
        <w:rPr>
          <w:rStyle w:val="Campoapreencher"/>
          <w:i/>
          <w:shd w:val="clear" w:color="auto" w:fill="FFF2B3"/>
        </w:rPr>
        <w:t>período ou frequência, ex.: aos sábados desde mês/aaaa</w:t>
      </w:r>
    </w:p>
    <w:p>
      <w:pPr>
        <w:pStyle w:val="ListBullet"/>
      </w:pPr>
      <w:r>
        <w:rPr>
          <w:rStyle w:val="Campoapreencher"/>
          <w:shd w:val="clear" w:color="auto" w:fill="FFF2B3"/>
        </w:rPr>
        <w:t>Tarefa que você fazia</w:t>
      </w:r>
    </w:p>
    <w:p>
      <w:pPr>
        <w:pStyle w:val="ListBullet"/>
      </w:pPr>
      <w:r>
        <w:rPr>
          <w:rStyle w:val="Campoapreencher"/>
          <w:shd w:val="clear" w:color="auto" w:fill="FFF2B3"/>
        </w:rPr>
        <w:t>Com quem você lidava: público, clientes, crianças, colegas</w:t>
      </w:r>
    </w:p>
    <w:p>
      <w:pPr>
        <w:pStyle w:val="Heading1"/>
      </w:pPr>
      <w:r>
        <w:t>Informática e idiomas</w:t>
      </w:r>
    </w:p>
    <w:p>
      <w:pPr>
        <w:pStyle w:val="ListBullet"/>
      </w:pPr>
      <w:r>
        <w:rPr>
          <w:rStyle w:val="Campoapreencher"/>
          <w:shd w:val="clear" w:color="auto" w:fill="FFF2B3"/>
        </w:rPr>
        <w:t>Programa e o que você sabe fazer nele. Ex.: Word (trabalhos com sumário e numeração)</w:t>
      </w:r>
    </w:p>
    <w:p>
      <w:pPr>
        <w:pStyle w:val="ListBullet"/>
      </w:pPr>
      <w:r>
        <w:rPr>
          <w:rStyle w:val="Campoapreencher"/>
          <w:shd w:val="clear" w:color="auto" w:fill="FFF2B3"/>
        </w:rPr>
        <w:t>Idioma</w:t>
      </w:r>
      <w:r>
        <w:t xml:space="preserve">: </w:t>
      </w:r>
      <w:r>
        <w:rPr>
          <w:rStyle w:val="Campoapreencher"/>
          <w:shd w:val="clear" w:color="auto" w:fill="FFF2B3"/>
        </w:rPr>
        <w:t>nível, ex.: básico, leio textos simples</w:t>
      </w:r>
    </w:p>
    <w:p>
      <w:pPr>
        <w:pStyle w:val="Heading1"/>
      </w:pPr>
      <w:r>
        <w:t>Pontos fortes</w:t>
      </w:r>
    </w:p>
    <w:p>
      <w:pPr>
        <w:pStyle w:val="ListBullet"/>
      </w:pPr>
      <w:r>
        <w:rPr>
          <w:rStyle w:val="Campoapreencher"/>
          <w:shd w:val="clear" w:color="auto" w:fill="FFF2B3"/>
        </w:rPr>
        <w:t>Ex.: pontualidade, comprovada pela frequência na escola</w:t>
      </w:r>
    </w:p>
    <w:p>
      <w:pPr>
        <w:pStyle w:val="Heading1"/>
      </w:pPr>
      <w:r>
        <w:t>Disponibilidade</w:t>
      </w:r>
    </w:p>
    <w:p>
      <w:pPr>
        <w:spacing w:after="0"/>
      </w:pPr>
      <w:r>
        <w:rPr>
          <w:b/>
        </w:rPr>
        <w:t>Horário:</w:t>
      </w:r>
      <w:r>
        <w:t xml:space="preserve"> </w:t>
      </w:r>
      <w:r>
        <w:rPr>
          <w:rStyle w:val="Campoapreencher"/>
          <w:shd w:val="clear" w:color="auto" w:fill="FFF2B3"/>
        </w:rPr>
        <w:t>manhã, tarde ou noite, conforme a escola</w:t>
      </w:r>
    </w:p>
    <w:p>
      <w:pPr>
        <w:spacing w:after="0"/>
      </w:pPr>
      <w:r>
        <w:rPr>
          <w:b/>
        </w:rPr>
        <w:t>Início:</w:t>
      </w:r>
      <w:r>
        <w:t xml:space="preserve"> </w:t>
      </w:r>
      <w:r>
        <w:rPr>
          <w:rStyle w:val="Campoapreencher"/>
          <w:shd w:val="clear" w:color="auto" w:fill="FFF2B3"/>
        </w:rPr>
        <w:t>imediato ou a partir de dd/mm/aaaa</w:t>
      </w:r>
    </w:p>
    <w:p>
      <w:r>
        <w:rPr>
          <w:b/>
        </w:rPr>
        <w:t>Formato:</w:t>
      </w:r>
      <w:r>
        <w:t xml:space="preserve"> </w:t>
      </w:r>
      <w:r>
        <w:rPr>
          <w:rStyle w:val="Campoapreencher"/>
          <w:shd w:val="clear" w:color="auto" w:fill="FFF2B3"/>
        </w:rPr>
        <w:t>presencial, híbrido ou remoto; aceita estágio ou aprendizagem</w:t>
      </w:r>
    </w:p>
    <w:sectPr w:rsidR="00FC693F" w:rsidRPr="0006063C" w:rsidSect="00034616">
      <w:pgSz w:w="11906" w:h="16838"/>
      <w:pgMar w:top="964" w:right="1247" w:bottom="964" w:left="124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before="0" w:line="276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E3A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E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E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E3A5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1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E3A5F"/>
      <w:sz w:val="28"/>
    </w:rPr>
  </w:style>
  <w:style w:type="paragraph" w:customStyle="1" w:styleId="toc1">
    <w:name w:val="toc 1"/>
    <w:basedOn w:val="Normal"/>
    <w:pPr>
      <w:tabs>
        <w:tab w:pos="9411" w:val="right" w:leader="dot"/>
      </w:tabs>
      <w:spacing w:after="80" w:line="240" w:lineRule="auto"/>
      <w:ind w:left="0"/>
    </w:pPr>
    <w:rPr>
      <w:sz w:val="22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 w:line="240" w:lineRule="auto"/>
      <w:ind w:left="340"/>
    </w:pPr>
    <w:rPr>
      <w:sz w:val="22"/>
    </w:rPr>
  </w:style>
  <w:style w:type="paragraph" w:customStyle="1" w:styleId="toc3">
    <w:name w:val="toc 3"/>
    <w:basedOn w:val="Normal"/>
    <w:pPr>
      <w:tabs>
        <w:tab w:pos="9411" w:val="right" w:leader="dot"/>
      </w:tabs>
      <w:spacing w:after="80" w:line="240" w:lineRule="auto"/>
      <w:ind w:left="680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para primeiro emprego</dc:title>
  <dc:subject>Currículo para quem ainda não tem experiência profissional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