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Contrato de prestação de serviço</w:t>
      </w:r>
    </w:p>
    <w:p>
      <w:pPr>
        <w:spacing w:after="200"/>
        <w:jc w:val="both"/>
      </w:pPr>
      <w:r>
        <w:t>Pelo presente instrumento particular, as partes abaixo qualificadas fazem este contrato, que se regerá pelas cláusulas a seguir.</w:t>
      </w:r>
    </w:p>
    <w:p>
      <w:pPr>
        <w:jc w:val="both"/>
      </w:pPr>
      <w:r>
        <w:rPr>
          <w:b/>
        </w:rPr>
        <w:t>CONTRATANTE:</w:t>
      </w:r>
      <w:r>
        <w:t xml:space="preserve"> </w:t>
      </w:r>
      <w:r>
        <w:rPr>
          <w:rStyle w:val="Campoapreencher"/>
          <w:shd w:val="clear" w:color="auto" w:fill="FFF2B3"/>
        </w:rPr>
        <w:t>Nome completo ou razão social</w:t>
      </w:r>
      <w:r>
        <w:t xml:space="preserve">, </w:t>
      </w:r>
      <w:r>
        <w:rPr>
          <w:rStyle w:val="Campoapreencher"/>
          <w:shd w:val="clear" w:color="auto" w:fill="FFF2B3"/>
        </w:rPr>
        <w:t>nacionalidade, estado civil e profissão, se pessoa física</w:t>
      </w:r>
      <w:r>
        <w:t xml:space="preserve">, CPF ou CNPJ nº </w:t>
      </w:r>
      <w:r>
        <w:rPr>
          <w:rStyle w:val="Campoapreencher"/>
          <w:shd w:val="clear" w:color="auto" w:fill="FFF2B3"/>
        </w:rPr>
        <w:t>000.000.000-00</w:t>
      </w:r>
      <w:r>
        <w:t xml:space="preserve">, com endereço em </w:t>
      </w:r>
      <w:r>
        <w:rPr>
          <w:rStyle w:val="Campoapreencher"/>
          <w:shd w:val="clear" w:color="auto" w:fill="FFF2B3"/>
        </w:rPr>
        <w:t>endereço completo com CEP</w:t>
      </w:r>
      <w:r>
        <w:t xml:space="preserve">, e-mail </w:t>
      </w:r>
      <w:r>
        <w:rPr>
          <w:rStyle w:val="Campoapreencher"/>
          <w:shd w:val="clear" w:color="auto" w:fill="FFF2B3"/>
        </w:rPr>
        <w:t>nome@exemplo.com</w:t>
      </w:r>
      <w:r>
        <w:t>.</w:t>
      </w:r>
    </w:p>
    <w:p>
      <w:pPr>
        <w:jc w:val="both"/>
      </w:pPr>
      <w:r>
        <w:rPr>
          <w:b/>
        </w:rPr>
        <w:t>CONTRATADO(A):</w:t>
      </w:r>
      <w:r>
        <w:t xml:space="preserve"> </w:t>
      </w:r>
      <w:r>
        <w:rPr>
          <w:rStyle w:val="Campoapreencher"/>
          <w:shd w:val="clear" w:color="auto" w:fill="FFF2B3"/>
        </w:rPr>
        <w:t>Nome completo ou razão social</w:t>
      </w:r>
      <w:r>
        <w:t xml:space="preserve">, </w:t>
      </w:r>
      <w:r>
        <w:rPr>
          <w:rStyle w:val="Campoapreencher"/>
          <w:shd w:val="clear" w:color="auto" w:fill="FFF2B3"/>
        </w:rPr>
        <w:t>nacionalidade, estado civil e profissão, se pessoa física</w:t>
      </w:r>
      <w:r>
        <w:t xml:space="preserve">, CPF ou CNPJ nº </w:t>
      </w:r>
      <w:r>
        <w:rPr>
          <w:rStyle w:val="Campoapreencher"/>
          <w:shd w:val="clear" w:color="auto" w:fill="FFF2B3"/>
        </w:rPr>
        <w:t>000.000.000-00</w:t>
      </w:r>
      <w:r>
        <w:t xml:space="preserve">, com endereço em </w:t>
      </w:r>
      <w:r>
        <w:rPr>
          <w:rStyle w:val="Campoapreencher"/>
          <w:shd w:val="clear" w:color="auto" w:fill="FFF2B3"/>
        </w:rPr>
        <w:t>endereço completo com CEP</w:t>
      </w:r>
      <w:r>
        <w:t xml:space="preserve">, e-mail </w:t>
      </w:r>
      <w:r>
        <w:rPr>
          <w:rStyle w:val="Campoapreencher"/>
          <w:shd w:val="clear" w:color="auto" w:fill="FFF2B3"/>
        </w:rPr>
        <w:t>nome@exemplo.com</w:t>
      </w:r>
      <w:r>
        <w:t>.</w:t>
      </w:r>
    </w:p>
    <w:p>
      <w:pPr>
        <w:pStyle w:val="Heading2"/>
      </w:pPr>
      <w:r>
        <w:t>Cláusula 1ª: objeto</w:t>
      </w:r>
    </w:p>
    <w:p>
      <w:pPr>
        <w:jc w:val="both"/>
      </w:pPr>
      <w:r>
        <w:t xml:space="preserve">O(A) CONTRATADO(A) prestará ao(à) CONTRATANTE o serviço de </w:t>
      </w:r>
      <w:r>
        <w:rPr>
          <w:rStyle w:val="Campoapreencher"/>
          <w:shd w:val="clear" w:color="auto" w:fill="FFF2B3"/>
        </w:rPr>
        <w:t>descrição do serviço: o que será feito, quantidade, padrão de qualidade e onde</w:t>
      </w:r>
      <w:r>
        <w:t xml:space="preserve">, conforme </w:t>
      </w:r>
      <w:r>
        <w:rPr>
          <w:rStyle w:val="Campoapreencher"/>
          <w:shd w:val="clear" w:color="auto" w:fill="FFF2B3"/>
        </w:rPr>
        <w:t>proposta ou orçamento de dd/mm/aaaa, anexo a este contrato, se houver</w:t>
      </w:r>
      <w:r>
        <w:t>.</w:t>
      </w:r>
    </w:p>
    <w:p>
      <w:pPr>
        <w:jc w:val="both"/>
      </w:pPr>
      <w:r>
        <w:t xml:space="preserve">Não fazem parte deste contrato: </w:t>
      </w:r>
      <w:r>
        <w:rPr>
          <w:rStyle w:val="Campoapreencher"/>
          <w:shd w:val="clear" w:color="auto" w:fill="FFF2B3"/>
        </w:rPr>
        <w:t>o que fica de fora, como material, deslocamento ou serviços extras</w:t>
      </w:r>
      <w:r>
        <w:t>.</w:t>
      </w:r>
    </w:p>
    <w:p>
      <w:pPr>
        <w:pStyle w:val="Heading2"/>
      </w:pPr>
      <w:r>
        <w:t>Cláusula 2ª: prazo</w:t>
      </w:r>
    </w:p>
    <w:p>
      <w:pPr>
        <w:jc w:val="both"/>
      </w:pPr>
      <w:r>
        <w:t xml:space="preserve">O serviço será prestado de </w:t>
      </w:r>
      <w:r>
        <w:rPr>
          <w:rStyle w:val="Campoapreencher"/>
          <w:shd w:val="clear" w:color="auto" w:fill="FFF2B3"/>
        </w:rPr>
        <w:t>dd/mm/aaaa</w:t>
      </w:r>
      <w:r>
        <w:t xml:space="preserve"> a </w:t>
      </w:r>
      <w:r>
        <w:rPr>
          <w:rStyle w:val="Campoapreencher"/>
          <w:shd w:val="clear" w:color="auto" w:fill="FFF2B3"/>
        </w:rPr>
        <w:t>dd/mm/aaaa</w:t>
      </w:r>
      <w:r>
        <w:t xml:space="preserve"> </w:t>
      </w:r>
      <w:r>
        <w:rPr>
          <w:rStyle w:val="Campoapreencher"/>
          <w:shd w:val="clear" w:color="auto" w:fill="FFF2B3"/>
        </w:rPr>
        <w:t>ou: até a entrega do serviço descrito na cláusula 1ª, prevista para dd/mm/aaaa</w:t>
      </w:r>
      <w:r>
        <w:t>. A prorrogação depende de acordo por escrito entre as partes.</w:t>
      </w:r>
    </w:p>
    <w:p>
      <w:pPr>
        <w:pStyle w:val="Heading2"/>
      </w:pPr>
      <w:r>
        <w:t>Cláusula 3ª: preço e forma de pagamento</w:t>
      </w:r>
    </w:p>
    <w:p>
      <w:pPr>
        <w:jc w:val="both"/>
      </w:pPr>
      <w:r>
        <w:t xml:space="preserve">Pelo serviço, o(a) CONTRATANTE pagará </w:t>
      </w:r>
      <w:r>
        <w:rPr>
          <w:rStyle w:val="Campoapreencher"/>
          <w:shd w:val="clear" w:color="auto" w:fill="FFF2B3"/>
        </w:rPr>
        <w:t>R$ 0,00</w:t>
      </w:r>
      <w:r>
        <w:t xml:space="preserve"> (</w:t>
      </w:r>
      <w:r>
        <w:rPr>
          <w:rStyle w:val="Campoapreencher"/>
          <w:shd w:val="clear" w:color="auto" w:fill="FFF2B3"/>
        </w:rPr>
        <w:t>valor por extenso</w:t>
      </w:r>
      <w:r>
        <w:t xml:space="preserve">), </w:t>
      </w:r>
      <w:r>
        <w:rPr>
          <w:rStyle w:val="Campoapreencher"/>
          <w:shd w:val="clear" w:color="auto" w:fill="FFF2B3"/>
        </w:rPr>
        <w:t>à vista, em 0 parcelas de R$ 0,00 ou por mês</w:t>
      </w:r>
      <w:r>
        <w:t xml:space="preserve">, por </w:t>
      </w:r>
      <w:r>
        <w:rPr>
          <w:rStyle w:val="Campoapreencher"/>
          <w:shd w:val="clear" w:color="auto" w:fill="FFF2B3"/>
        </w:rPr>
        <w:t>Pix, transferência ou boleto</w:t>
      </w:r>
      <w:r>
        <w:t xml:space="preserve"> para </w:t>
      </w:r>
      <w:r>
        <w:rPr>
          <w:rStyle w:val="Campoapreencher"/>
          <w:shd w:val="clear" w:color="auto" w:fill="FFF2B3"/>
        </w:rPr>
        <w:t>chave Pix ou dados bancários</w:t>
      </w:r>
      <w:r>
        <w:t xml:space="preserve">, </w:t>
      </w:r>
      <w:r>
        <w:rPr>
          <w:rStyle w:val="Campoapreencher"/>
          <w:shd w:val="clear" w:color="auto" w:fill="FFF2B3"/>
        </w:rPr>
        <w:t>na assinatura, na entrega ou até o dia 0 de cada mês</w:t>
      </w:r>
      <w:r>
        <w:t>.</w:t>
      </w:r>
    </w:p>
    <w:p>
      <w:pPr>
        <w:jc w:val="both"/>
      </w:pPr>
      <w:r>
        <w:rPr>
          <w:rStyle w:val="Campoapreencher"/>
          <w:shd w:val="clear" w:color="auto" w:fill="FFF2B3"/>
        </w:rPr>
        <w:t>Se houver: valor de entrada, reembolso de despesas e o que acontece em caso de atraso no pagamento.</w:t>
      </w:r>
    </w:p>
    <w:p>
      <w:pPr>
        <w:pStyle w:val="Heading2"/>
      </w:pPr>
      <w:r>
        <w:t>Cláusula 4ª: obrigações do(a) contratado(a)</w:t>
      </w:r>
    </w:p>
    <w:p>
      <w:pPr>
        <w:pStyle w:val="ListBullet"/>
      </w:pPr>
      <w:r>
        <w:t xml:space="preserve">Executar o serviço com cuidado e no prazo combinado, usando </w:t>
      </w:r>
      <w:r>
        <w:rPr>
          <w:rStyle w:val="Campoapreencher"/>
          <w:shd w:val="clear" w:color="auto" w:fill="FFF2B3"/>
        </w:rPr>
        <w:t>material e ferramentas próprios ou fornecidos pelo(a) contratante</w:t>
      </w:r>
      <w:r>
        <w:t>.</w:t>
      </w:r>
    </w:p>
    <w:p>
      <w:pPr>
        <w:pStyle w:val="ListBullet"/>
      </w:pPr>
      <w:r>
        <w:t>Avisar o(a) CONTRATANTE, por escrito, de qualquer fato que possa atrasar ou mudar o serviço.</w:t>
      </w:r>
    </w:p>
    <w:p>
      <w:pPr>
        <w:pStyle w:val="ListBullet"/>
      </w:pPr>
      <w:r>
        <w:t>Não passar a execução do serviço para outra pessoa sem a concordância do(a) CONTRATANTE.</w:t>
      </w:r>
    </w:p>
    <w:p>
      <w:pPr>
        <w:pStyle w:val="ListBullet"/>
      </w:pPr>
      <w:r>
        <w:rPr>
          <w:rStyle w:val="Campoapreencher"/>
          <w:shd w:val="clear" w:color="auto" w:fill="FFF2B3"/>
        </w:rPr>
        <w:t>Outra obrigação específica, como emitir nota fiscal ou recibo.</w:t>
      </w:r>
    </w:p>
    <w:p>
      <w:pPr>
        <w:spacing w:after="0"/>
      </w:pPr>
      <w:r>
        <w:br w:type="page"/>
      </w:r>
    </w:p>
    <w:p>
      <w:pPr>
        <w:pStyle w:val="Heading2"/>
      </w:pPr>
      <w:r>
        <w:t>Cláusula 5ª: obrigações do(a) contratante</w:t>
      </w:r>
    </w:p>
    <w:p>
      <w:pPr>
        <w:pStyle w:val="ListBullet"/>
      </w:pPr>
      <w:r>
        <w:t>Pagar o preço na forma e nas datas da cláusula 3ª.</w:t>
      </w:r>
    </w:p>
    <w:p>
      <w:pPr>
        <w:pStyle w:val="ListBullet"/>
      </w:pPr>
      <w:r>
        <w:t xml:space="preserve">Dar ao(à) CONTRATADO(A) as informações, o acesso e </w:t>
      </w:r>
      <w:r>
        <w:rPr>
          <w:rStyle w:val="Campoapreencher"/>
          <w:shd w:val="clear" w:color="auto" w:fill="FFF2B3"/>
        </w:rPr>
        <w:t>o material</w:t>
      </w:r>
      <w:r>
        <w:t xml:space="preserve"> necessários ao serviço.</w:t>
      </w:r>
    </w:p>
    <w:p>
      <w:pPr>
        <w:pStyle w:val="ListBullet"/>
      </w:pPr>
      <w:r>
        <w:rPr>
          <w:rStyle w:val="Campoapreencher"/>
          <w:shd w:val="clear" w:color="auto" w:fill="FFF2B3"/>
        </w:rPr>
        <w:t>Outra obrigação específica.</w:t>
      </w:r>
    </w:p>
    <w:p>
      <w:pPr>
        <w:pStyle w:val="Heading2"/>
      </w:pPr>
      <w:r>
        <w:t>Cláusula 6ª: encerramento do contrato</w:t>
      </w:r>
    </w:p>
    <w:p>
      <w:pPr>
        <w:jc w:val="both"/>
      </w:pPr>
      <w:r>
        <w:t xml:space="preserve">Qualquer das partes pode encerrar este contrato antes do prazo, com aviso por escrito de </w:t>
      </w:r>
      <w:r>
        <w:rPr>
          <w:rStyle w:val="Campoapreencher"/>
          <w:shd w:val="clear" w:color="auto" w:fill="FFF2B3"/>
        </w:rPr>
        <w:t>00</w:t>
      </w:r>
      <w:r>
        <w:t xml:space="preserve"> dias. Se uma parte descumprir o contrato, a outra pode encerrá-lo de imediato, por escrito.</w:t>
      </w:r>
    </w:p>
    <w:p>
      <w:pPr>
        <w:jc w:val="both"/>
      </w:pPr>
      <w:r>
        <w:t xml:space="preserve">Encerrado o contrato, o(a) CONTRATANTE paga o serviço já prestado até a data do encerramento. </w:t>
      </w:r>
      <w:r>
        <w:rPr>
          <w:rStyle w:val="Campoapreencher"/>
          <w:shd w:val="clear" w:color="auto" w:fill="FFF2B3"/>
        </w:rPr>
        <w:t>Se combinado: multa de R$ 0,00 para quem encerrar sem o aviso.</w:t>
      </w:r>
    </w:p>
    <w:p>
      <w:pPr>
        <w:pStyle w:val="Heading2"/>
      </w:pPr>
      <w:r>
        <w:t>Cláusula 7ª: confidencialidade (opcional)</w:t>
      </w:r>
    </w:p>
    <w:p>
      <w:pPr>
        <w:jc w:val="both"/>
      </w:pPr>
      <w:r>
        <w:rPr>
          <w:rStyle w:val="Campoapreencher"/>
          <w:shd w:val="clear" w:color="auto" w:fill="FFF2B3"/>
        </w:rPr>
        <w:t>Apague esta cláusula se não houver informação sigilosa.</w:t>
      </w:r>
      <w:r>
        <w:t xml:space="preserve"> As partes manterão em sigilo as informações da outra parte a que tiverem acesso por causa deste contrato, durante a vigência e por </w:t>
      </w:r>
      <w:r>
        <w:rPr>
          <w:rStyle w:val="Campoapreencher"/>
          <w:shd w:val="clear" w:color="auto" w:fill="FFF2B3"/>
        </w:rPr>
        <w:t>00</w:t>
      </w:r>
      <w:r>
        <w:t xml:space="preserve"> anos depois.</w:t>
      </w:r>
    </w:p>
    <w:p>
      <w:pPr>
        <w:pStyle w:val="Heading2"/>
      </w:pPr>
      <w:r>
        <w:t>Cláusula 8ª: disposições gerais</w:t>
      </w:r>
    </w:p>
    <w:p>
      <w:pPr>
        <w:jc w:val="both"/>
      </w:pPr>
      <w:r>
        <w:t>Este contrato trata de prestação de serviço autônoma. Qualquer mudança só vale se feita por escrito e assinada pelas duas partes.</w:t>
      </w:r>
    </w:p>
    <w:p>
      <w:pPr>
        <w:pStyle w:val="Heading2"/>
      </w:pPr>
      <w:r>
        <w:t>Cláusula 9ª: foro</w:t>
      </w:r>
    </w:p>
    <w:p>
      <w:pPr>
        <w:jc w:val="both"/>
      </w:pPr>
      <w:r>
        <w:t xml:space="preserve">As partes elegem o foro da comarca de </w:t>
      </w:r>
      <w:r>
        <w:rPr>
          <w:rStyle w:val="Campoapreencher"/>
          <w:shd w:val="clear" w:color="auto" w:fill="FFF2B3"/>
        </w:rPr>
        <w:t>cidade/UF, onde uma das partes mora ou onde o serviço é prestado</w:t>
      </w:r>
      <w:r>
        <w:t xml:space="preserve"> para resolver questões sobre este contrato.</w:t>
      </w:r>
    </w:p>
    <w:p>
      <w:pPr>
        <w:spacing w:after="240" w:before="160"/>
        <w:jc w:val="both"/>
      </w:pPr>
      <w:r>
        <w:t xml:space="preserve">E, por estarem de acordo, as partes assinam este contrato em </w:t>
      </w:r>
      <w:r>
        <w:rPr>
          <w:rStyle w:val="Campoapreencher"/>
          <w:shd w:val="clear" w:color="auto" w:fill="FFF2B3"/>
        </w:rPr>
        <w:t>duas</w:t>
      </w:r>
      <w:r>
        <w:t xml:space="preserve"> vias de igual teor, com duas testemunhas.</w:t>
      </w:r>
    </w:p>
    <w:p>
      <w:pPr>
        <w:spacing w:after="160"/>
        <w:jc w:val="right"/>
      </w:pP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tbl>
      <w:tblPr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1360" w:hRule="atLeast"/>
        </w:trPr>
        <w:tc>
          <w:tcPr>
            <w:tcW w:type="dxa" w:w="4535"/>
          </w:tcPr>
          <w:p>
            <w:pPr>
              <w:pStyle w:val="Textodetabela"/>
              <w:jc w:val="center"/>
            </w:pPr>
            <w:r>
              <w:br/>
              <w:br/>
              <w:t>__________________________________</w:t>
              <w:br/>
            </w:r>
            <w:r>
              <w:rPr>
                <w:b/>
              </w:rPr>
              <w:t>CONTRATANTE</w:t>
            </w:r>
            <w:r>
              <w:br/>
            </w: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4535"/>
          </w:tcPr>
          <w:p>
            <w:pPr>
              <w:pStyle w:val="Textodetabela"/>
              <w:jc w:val="center"/>
            </w:pPr>
            <w:r>
              <w:br/>
              <w:br/>
              <w:t>__________________________________</w:t>
              <w:br/>
            </w:r>
            <w:r>
              <w:rPr>
                <w:b/>
              </w:rPr>
              <w:t>CONTRATADO(A)</w:t>
            </w:r>
            <w:r>
              <w:br/>
            </w:r>
            <w:r>
              <w:rPr>
                <w:rStyle w:val="Campoapreencher"/>
                <w:shd w:val="clear" w:color="auto" w:fill="FFF2B3"/>
              </w:rPr>
              <w:t>Nome</w:t>
            </w:r>
          </w:p>
        </w:tc>
      </w:tr>
      <w:tr>
        <w:trPr>
          <w:trHeight w:val="1360" w:hRule="atLeast"/>
        </w:trPr>
        <w:tc>
          <w:tcPr>
            <w:tcW w:type="dxa" w:w="4535"/>
          </w:tcPr>
          <w:p>
            <w:pPr>
              <w:pStyle w:val="Textodetabela"/>
              <w:jc w:val="center"/>
            </w:pPr>
            <w:r>
              <w:br/>
              <w:br/>
              <w:t>__________________________________</w:t>
              <w:br/>
              <w:t xml:space="preserve">Testemunha 1: </w:t>
            </w:r>
            <w:r>
              <w:rPr>
                <w:rStyle w:val="Campoapreencher"/>
                <w:shd w:val="clear" w:color="auto" w:fill="FFF2B3"/>
              </w:rPr>
              <w:t>Nome</w:t>
            </w:r>
            <w:r>
              <w:br/>
              <w:t xml:space="preserve">CPF: </w:t>
            </w:r>
            <w:r>
              <w:rPr>
                <w:rStyle w:val="Campoapreencher"/>
                <w:shd w:val="clear" w:color="auto" w:fill="FFF2B3"/>
              </w:rPr>
              <w:t>000.000.000-00</w:t>
            </w:r>
          </w:p>
        </w:tc>
        <w:tc>
          <w:tcPr>
            <w:tcW w:type="dxa" w:w="4535"/>
          </w:tcPr>
          <w:p>
            <w:pPr>
              <w:pStyle w:val="Textodetabela"/>
              <w:jc w:val="center"/>
            </w:pPr>
            <w:r>
              <w:br/>
              <w:br/>
              <w:t>__________________________________</w:t>
              <w:br/>
              <w:t xml:space="preserve">Testemunha 2: </w:t>
            </w:r>
            <w:r>
              <w:rPr>
                <w:rStyle w:val="Campoapreencher"/>
                <w:shd w:val="clear" w:color="auto" w:fill="FFF2B3"/>
              </w:rPr>
              <w:t>Nome</w:t>
            </w:r>
            <w:r>
              <w:br/>
              <w:t xml:space="preserve">CPF: </w:t>
            </w:r>
            <w:r>
              <w:rPr>
                <w:rStyle w:val="Campoapreencher"/>
                <w:shd w:val="clear" w:color="auto" w:fill="FFF2B3"/>
              </w:rPr>
              <w:t>000.000.000-00</w:t>
            </w:r>
          </w:p>
        </w:tc>
      </w:tr>
    </w:tbl>
    <w:p>
      <w:pPr>
        <w:spacing w:after="0" w:before="0" w:line="120" w:lineRule="exact"/>
      </w:pPr>
    </w:p>
    <w:sectPr w:rsidR="00FC693F" w:rsidRPr="0006063C" w:rsidSect="00034616">
      <w:footerReference w:type="default" r:id="rId9"/>
      <w:headerReference w:type="default" r:id="rId10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8"/>
      </w:rPr>
      <w:t>Modelo de uso geral. Não substitui a orientação de um advogado.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sz w:val="20"/>
      </w:rP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before="0" w:line="276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6" w:lineRule="auto"/>
      <w:outlineLvl w:val="0"/>
    </w:pPr>
    <w:rPr>
      <w:b/>
      <w:bCs/>
      <w:i w:val="0"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b/>
      <w:bCs/>
      <w:i w:val="0"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b/>
      <w:bCs/>
      <w:i w:val="0"/>
      <w:color w:val="1F293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1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8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80" w:line="240" w:lineRule="auto"/>
      <w:ind w:left="0"/>
    </w:pPr>
    <w:rPr>
      <w:sz w:val="22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80" w:line="240" w:lineRule="auto"/>
      <w:ind w:left="340"/>
    </w:pPr>
    <w:rPr>
      <w:sz w:val="22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80" w:line="240" w:lineRule="auto"/>
      <w:ind w:left="680"/>
    </w:pPr>
    <w:rPr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</dc:title>
  <dc:subject>Contrato simples de prestação de serviço entre duas partes, com testemunhas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