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PEDIDO DE DEMISSÃO</w:t>
      </w:r>
    </w:p>
    <w:p>
      <w:pPr>
        <w:spacing w:after="360" w:before="120"/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spacing w:after="0"/>
      </w:pPr>
      <w:r>
        <w:t>À</w:t>
      </w:r>
    </w:p>
    <w:p>
      <w:pPr>
        <w:spacing w:after="0"/>
      </w:pPr>
      <w:r>
        <w:rPr>
          <w:rStyle w:val="Campoapreencher"/>
          <w:shd w:val="clear" w:color="auto" w:fill="FFF2B3"/>
        </w:rPr>
        <w:t>Razão social da empresa</w:t>
      </w:r>
    </w:p>
    <w:p>
      <w:pPr>
        <w:spacing w:after="320"/>
      </w:pPr>
      <w:r>
        <w:t xml:space="preserve">A/C </w:t>
      </w:r>
      <w:r>
        <w:rPr>
          <w:rStyle w:val="Campoapreencher"/>
          <w:shd w:val="clear" w:color="auto" w:fill="FFF2B3"/>
        </w:rPr>
        <w:t>nome do responsável ou setor de Recursos Humanos</w:t>
      </w:r>
    </w:p>
    <w:p>
      <w:pPr>
        <w:ind w:firstLine="709"/>
        <w:jc w:val="both"/>
      </w:pPr>
      <w:r>
        <w:t xml:space="preserve">Eu, </w:t>
      </w:r>
      <w:r>
        <w:rPr>
          <w:rStyle w:val="Campoapreencher"/>
          <w:shd w:val="clear" w:color="auto" w:fill="FFF2B3"/>
        </w:rPr>
        <w:t>nome completo</w:t>
      </w:r>
      <w:r>
        <w:t xml:space="preserve">,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empregado(a) desta empresa no cargo de </w:t>
      </w:r>
      <w:r>
        <w:rPr>
          <w:rStyle w:val="Campoapreencher"/>
          <w:shd w:val="clear" w:color="auto" w:fill="FFF2B3"/>
        </w:rPr>
        <w:t>cargo</w:t>
      </w:r>
      <w:r>
        <w:t xml:space="preserve">, admitido(a) em </w:t>
      </w:r>
      <w:r>
        <w:rPr>
          <w:rStyle w:val="Campoapreencher"/>
          <w:shd w:val="clear" w:color="auto" w:fill="FFF2B3"/>
        </w:rPr>
        <w:t>dd/mm/aaaa</w:t>
      </w:r>
      <w:r>
        <w:t xml:space="preserve">, comunico por meio desta o meu </w:t>
      </w:r>
      <w:r>
        <w:rPr>
          <w:b/>
        </w:rPr>
        <w:t>pedido de demissão</w:t>
      </w:r>
      <w:r>
        <w:t>.</w:t>
      </w:r>
    </w:p>
    <w:p>
      <w:pPr>
        <w:ind w:firstLine="709"/>
        <w:jc w:val="both"/>
      </w:pPr>
      <w:r>
        <w:t xml:space="preserve">Quanto ao aviso prévio, </w:t>
      </w:r>
      <w:r>
        <w:rPr>
          <w:rStyle w:val="Campoapreencher"/>
          <w:shd w:val="clear" w:color="auto" w:fill="FFF2B3"/>
        </w:rPr>
        <w:t>marque uma das opções abaixo com X e apague a outra</w:t>
      </w:r>
      <w:r>
        <w:t>:</w:t>
      </w:r>
    </w:p>
    <w:p>
      <w:pPr>
        <w:ind w:left="567"/>
        <w:jc w:val="both"/>
      </w:pPr>
      <w:r>
        <w:t xml:space="preserve">(   ) Vou </w:t>
      </w:r>
      <w:r>
        <w:rPr>
          <w:b/>
        </w:rPr>
        <w:t>cumprir o aviso prévio</w:t>
      </w:r>
      <w:r>
        <w:t xml:space="preserve"> trabalhando normalmente. Meu último dia de trabalho será </w:t>
      </w:r>
      <w:r>
        <w:rPr>
          <w:rStyle w:val="Campoapreencher"/>
          <w:shd w:val="clear" w:color="auto" w:fill="FFF2B3"/>
        </w:rPr>
        <w:t>dd/mm/aaaa</w:t>
      </w:r>
      <w:r>
        <w:t>.</w:t>
      </w:r>
    </w:p>
    <w:p>
      <w:pPr>
        <w:ind w:left="567"/>
        <w:jc w:val="both"/>
      </w:pPr>
      <w:r>
        <w:t xml:space="preserve">(   ) Peço a </w:t>
      </w:r>
      <w:r>
        <w:rPr>
          <w:b/>
        </w:rPr>
        <w:t>dispensa do cumprimento do aviso prévio</w:t>
      </w:r>
      <w:r>
        <w:t xml:space="preserve">, com último dia de trabalho em </w:t>
      </w:r>
      <w:r>
        <w:rPr>
          <w:rStyle w:val="Campoapreencher"/>
          <w:shd w:val="clear" w:color="auto" w:fill="FFF2B3"/>
        </w:rPr>
        <w:t>dd/mm/aaaa</w:t>
      </w:r>
      <w:r>
        <w:t>, e peço que a empresa me informe por escrito se aceita a dispensa.</w:t>
      </w:r>
    </w:p>
    <w:p>
      <w:pPr>
        <w:spacing w:after="240"/>
        <w:ind w:firstLine="709"/>
        <w:jc w:val="both"/>
      </w:pPr>
      <w:r>
        <w:t xml:space="preserve">Peço também que me informem a data e o local para a assinatura dos documentos da rescisão e a devolução de </w:t>
      </w:r>
      <w:r>
        <w:rPr>
          <w:rStyle w:val="Campoapreencher"/>
          <w:shd w:val="clear" w:color="auto" w:fill="FFF2B3"/>
        </w:rPr>
        <w:t>crachá, uniforme, equipamentos ou outro item da empresa, se houver</w:t>
      </w:r>
      <w:r>
        <w:t>.</w:t>
      </w:r>
    </w:p>
    <w:p>
      <w:pPr>
        <w:spacing w:after="0"/>
      </w:pPr>
      <w:r>
        <w:t>Atenciosamente,</w:t>
      </w:r>
    </w:p>
    <w:p>
      <w:pPr>
        <w:keepNext/>
        <w:spacing w:after="0" w:before="60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Nome completo do(a) empregado(a)</w:t>
      </w:r>
    </w:p>
    <w:p>
      <w:pPr>
        <w:pStyle w:val="Heading2"/>
      </w:pPr>
      <w:r>
        <w:t>Ciente da empresa</w:t>
      </w:r>
    </w:p>
    <w:p>
      <w:pPr>
        <w:spacing w:after="80"/>
      </w:pPr>
      <w:r>
        <w:t>Recebi este pedido de demissão em ____/____/________.</w:t>
      </w:r>
    </w:p>
    <w:p>
      <w:pPr>
        <w:spacing w:after="0"/>
      </w:pPr>
      <w:r>
        <w:t>Sobre a dispensa do aviso prévio (se pedida):   (   ) aceita     (   ) não aceita</w:t>
      </w:r>
    </w:p>
    <w:p>
      <w:pPr>
        <w:keepNext/>
        <w:spacing w:after="0" w:before="60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t>Nome, cargo e assinatura de quem recebeu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20"/>
      </w:rPr>
      <w:t>Modelo de uso geral. Confira as regras do seu contrato, da convenção coletiva e da empresa antes de entregar.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before="0" w:line="300" w:lineRule="auto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300" w:lineRule="auto"/>
      <w:outlineLvl w:val="0"/>
    </w:pPr>
    <w:rPr>
      <w:b/>
      <w:bCs/>
      <w:i w:val="0"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00" w:lineRule="auto"/>
      <w:outlineLvl w:val="1"/>
    </w:pPr>
    <w:rPr>
      <w:b/>
      <w:bCs/>
      <w:i w:val="0"/>
      <w:color w:val="1F293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00" w:lineRule="auto"/>
      <w:outlineLvl w:val="2"/>
    </w:pPr>
    <w:rPr>
      <w:b/>
      <w:bCs/>
      <w:i w:val="0"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00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00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30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4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4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pedido de demissão</dc:title>
  <dc:subject>Pedido de demissão do empregado, com aviso prévio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