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Style w:val="Campoapreencher"/>
          <w:b/>
          <w:shd w:val="clear" w:color="auto" w:fill="FFF2B3"/>
        </w:rPr>
        <w:t>Seu nome completo</w:t>
      </w:r>
    </w:p>
    <w:p>
      <w:pPr>
        <w:spacing w:after="360"/>
      </w:pPr>
      <w:r>
        <w:rPr>
          <w:rStyle w:val="Campoapreencher"/>
          <w:shd w:val="clear" w:color="auto" w:fill="FFF2B3"/>
        </w:rPr>
        <w:t>Cidade, UF</w:t>
      </w:r>
      <w:r>
        <w:t xml:space="preserve">  |  </w:t>
      </w:r>
      <w:r>
        <w:rPr>
          <w:rStyle w:val="Campoapreencher"/>
          <w:shd w:val="clear" w:color="auto" w:fill="FFF2B3"/>
        </w:rPr>
        <w:t>(00) 00000-0000</w:t>
      </w:r>
      <w:r>
        <w:t xml:space="preserve">  |  </w:t>
      </w:r>
      <w:r>
        <w:rPr>
          <w:rStyle w:val="Campoapreencher"/>
          <w:shd w:val="clear" w:color="auto" w:fill="FFF2B3"/>
        </w:rPr>
        <w:t>seuemail@exemplo.com</w:t>
      </w:r>
    </w:p>
    <w:p>
      <w:pPr>
        <w:spacing w:after="360"/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after="0"/>
      </w:pPr>
      <w:r>
        <w:t xml:space="preserve">A </w:t>
      </w:r>
      <w:r>
        <w:rPr>
          <w:rStyle w:val="Campoapreencher"/>
          <w:shd w:val="clear" w:color="auto" w:fill="FFF2B3"/>
        </w:rPr>
        <w:t>nome de quem vai ler, se você souber</w:t>
      </w:r>
    </w:p>
    <w:p>
      <w:pPr>
        <w:spacing w:after="0"/>
      </w:pPr>
      <w:r>
        <w:rPr>
          <w:rStyle w:val="Campoapreencher"/>
          <w:shd w:val="clear" w:color="auto" w:fill="FFF2B3"/>
        </w:rPr>
        <w:t>Cargo, ex.: recrutamento e seleção</w:t>
      </w:r>
    </w:p>
    <w:p>
      <w:pPr>
        <w:spacing w:after="320"/>
      </w:pPr>
      <w:r>
        <w:rPr>
          <w:rStyle w:val="Campoapreencher"/>
          <w:shd w:val="clear" w:color="auto" w:fill="FFF2B3"/>
        </w:rPr>
        <w:t>Nome da empresa</w:t>
      </w:r>
    </w:p>
    <w:p>
      <w:pPr>
        <w:spacing w:after="320"/>
      </w:pPr>
      <w:r>
        <w:rPr>
          <w:b/>
        </w:rPr>
        <w:t>Assunto:</w:t>
      </w:r>
      <w:r>
        <w:t xml:space="preserve"> </w:t>
      </w:r>
      <w:r>
        <w:rPr>
          <w:rStyle w:val="Campoapreencher"/>
          <w:shd w:val="clear" w:color="auto" w:fill="FFF2B3"/>
        </w:rPr>
        <w:t>Candidatura à vaga de NOME DA VAGA (código, se houver), ou: Apresentação para oportunidades na área de ...</w:t>
      </w:r>
    </w:p>
    <w:p>
      <w:pPr>
        <w:spacing w:after="200"/>
      </w:pPr>
      <w:r>
        <w:t xml:space="preserve">Prezado(a) </w:t>
      </w:r>
      <w:r>
        <w:rPr>
          <w:rStyle w:val="Campoapreencher"/>
          <w:shd w:val="clear" w:color="auto" w:fill="FFF2B3"/>
        </w:rPr>
        <w:t>nome</w:t>
      </w:r>
      <w:r>
        <w:t>,</w:t>
      </w:r>
    </w:p>
    <w:p>
      <w:pPr>
        <w:ind w:firstLine="709"/>
        <w:jc w:val="both"/>
      </w:pPr>
      <w:r>
        <w:t xml:space="preserve">Meu nome é </w:t>
      </w:r>
      <w:r>
        <w:rPr>
          <w:rStyle w:val="Campoapreencher"/>
          <w:shd w:val="clear" w:color="auto" w:fill="FFF2B3"/>
        </w:rPr>
        <w:t>seu nome</w:t>
      </w:r>
      <w:r>
        <w:t xml:space="preserve"> e sou </w:t>
      </w:r>
      <w:r>
        <w:rPr>
          <w:rStyle w:val="Campoapreencher"/>
          <w:shd w:val="clear" w:color="auto" w:fill="FFF2B3"/>
        </w:rPr>
        <w:t>formação ou profissão</w:t>
      </w:r>
      <w:r>
        <w:t xml:space="preserve">, com </w:t>
      </w:r>
      <w:r>
        <w:rPr>
          <w:rStyle w:val="Campoapreencher"/>
          <w:shd w:val="clear" w:color="auto" w:fill="FFF2B3"/>
        </w:rPr>
        <w:t>tempo de experiência ou situação atual, ex.: três anos em atendimento</w:t>
      </w:r>
      <w:r>
        <w:t xml:space="preserve">. Escrevo para me candidatar à vaga de </w:t>
      </w:r>
      <w:r>
        <w:rPr>
          <w:rStyle w:val="Campoapreencher"/>
          <w:shd w:val="clear" w:color="auto" w:fill="FFF2B3"/>
        </w:rPr>
        <w:t>nome da vaga</w:t>
      </w:r>
      <w:r>
        <w:t xml:space="preserve">, divulgada em </w:t>
      </w:r>
      <w:r>
        <w:rPr>
          <w:rStyle w:val="Campoapreencher"/>
          <w:shd w:val="clear" w:color="auto" w:fill="FFF2B3"/>
        </w:rPr>
        <w:t>onde você viu a vaga</w:t>
      </w:r>
      <w:r>
        <w:t>.</w:t>
      </w:r>
    </w:p>
    <w:p>
      <w:pPr>
        <w:ind w:firstLine="709"/>
        <w:jc w:val="both"/>
      </w:pPr>
      <w:r>
        <w:t xml:space="preserve">Quero trabalhar com vocês porque </w:t>
      </w:r>
      <w:r>
        <w:rPr>
          <w:rStyle w:val="Campoapreencher"/>
          <w:shd w:val="clear" w:color="auto" w:fill="FFF2B3"/>
        </w:rPr>
        <w:t>motivo concreto: um produto, um serviço, um projeto ou a área em que a empresa atua, e o que isso tem a ver com você</w:t>
      </w:r>
      <w:r>
        <w:t>.</w:t>
      </w:r>
    </w:p>
    <w:p>
      <w:pPr>
        <w:ind w:firstLine="709"/>
        <w:jc w:val="both"/>
      </w:pPr>
      <w:r>
        <w:t xml:space="preserve">Em </w:t>
      </w:r>
      <w:r>
        <w:rPr>
          <w:rStyle w:val="Campoapreencher"/>
          <w:shd w:val="clear" w:color="auto" w:fill="FFF2B3"/>
        </w:rPr>
        <w:t>empresa, escola ou projeto anterior</w:t>
      </w:r>
      <w:r>
        <w:t xml:space="preserve">, </w:t>
      </w:r>
      <w:r>
        <w:rPr>
          <w:rStyle w:val="Campoapreencher"/>
          <w:shd w:val="clear" w:color="auto" w:fill="FFF2B3"/>
        </w:rPr>
        <w:t>o que você fez, com um verbo de ação</w:t>
      </w:r>
      <w:r>
        <w:t xml:space="preserve">, o que resultou em </w:t>
      </w:r>
      <w:r>
        <w:rPr>
          <w:rStyle w:val="Campoapreencher"/>
          <w:shd w:val="clear" w:color="auto" w:fill="FFF2B3"/>
        </w:rPr>
        <w:t>resultado que dá para conferir, de preferência com número</w:t>
      </w:r>
      <w:r>
        <w:t xml:space="preserve">. Também </w:t>
      </w:r>
      <w:r>
        <w:rPr>
          <w:rStyle w:val="Campoapreencher"/>
          <w:shd w:val="clear" w:color="auto" w:fill="FFF2B3"/>
        </w:rPr>
        <w:t>segunda habilidade ou experiência que a vaga pede</w:t>
      </w:r>
      <w:r>
        <w:t xml:space="preserve">, e acredito que posso contribuir com a equipe em </w:t>
      </w:r>
      <w:r>
        <w:rPr>
          <w:rStyle w:val="Campoapreencher"/>
          <w:shd w:val="clear" w:color="auto" w:fill="FFF2B3"/>
        </w:rPr>
        <w:t>tarefa da vaga em que você ajuda desde o início</w:t>
      </w:r>
      <w:r>
        <w:t>.</w:t>
      </w:r>
    </w:p>
    <w:p>
      <w:pPr>
        <w:spacing w:after="360"/>
        <w:ind w:firstLine="709"/>
        <w:jc w:val="both"/>
      </w:pPr>
      <w:r>
        <w:t xml:space="preserve">Envio meu currículo em anexo e fico à disposição para uma conversa </w:t>
      </w:r>
      <w:r>
        <w:rPr>
          <w:rStyle w:val="Campoapreencher"/>
          <w:shd w:val="clear" w:color="auto" w:fill="FFF2B3"/>
        </w:rPr>
        <w:t>presencial ou on-line</w:t>
      </w:r>
      <w:r>
        <w:t>. Obrigado(a) pela atenção.</w:t>
      </w:r>
    </w:p>
    <w:p>
      <w:pPr>
        <w:spacing w:after="600"/>
      </w:pPr>
      <w:r>
        <w:t>Atenciosamente,</w:t>
      </w:r>
    </w:p>
    <w:p>
      <w:pPr>
        <w:spacing w:after="0"/>
      </w:pPr>
      <w:r>
        <w:rPr>
          <w:rStyle w:val="Campoapreencher"/>
          <w:b/>
          <w:shd w:val="clear" w:color="auto" w:fill="FFF2B3"/>
        </w:rPr>
        <w:t>Seu nome completo</w:t>
      </w:r>
    </w:p>
    <w:p>
      <w:pPr>
        <w:spacing w:after="0"/>
      </w:pPr>
      <w:r>
        <w:rPr>
          <w:rStyle w:val="Campoapreencher"/>
          <w:shd w:val="clear" w:color="auto" w:fill="FFF2B3"/>
        </w:rPr>
        <w:t>(00) 00000-0000</w:t>
      </w:r>
      <w:r>
        <w:t xml:space="preserve">  |  </w:t>
      </w:r>
      <w:r>
        <w:rPr>
          <w:rStyle w:val="Campoapreencher"/>
          <w:shd w:val="clear" w:color="auto" w:fill="FFF2B3"/>
        </w:rPr>
        <w:t>seuemail@exemplo.com</w:t>
      </w:r>
    </w:p>
    <w:sectPr w:rsidR="00FC693F" w:rsidRPr="0006063C" w:rsidSect="00034616"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200" w:before="0" w:line="312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12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12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12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12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12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apresentação</dc:title>
  <dc:subject>Carta de apresentação para candidatura a vaga ou contato espontâneo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