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AUTORIZAÇÃO DE VIAGEM NACIONAL</w:t>
      </w:r>
    </w:p>
    <w:p>
      <w:pPr>
        <w:pStyle w:val="Subtitle"/>
      </w:pPr>
      <w:r>
        <w:t>para criança ou adolescente menor de 16 anos</w:t>
      </w:r>
    </w:p>
    <w:p>
      <w:pPr>
        <w:spacing w:after="80"/>
        <w:jc w:val="right"/>
      </w:pPr>
      <w:r>
        <w:rPr>
          <w:b/>
        </w:rPr>
        <w:t>Válida até:</w:t>
      </w:r>
      <w:r>
        <w:t xml:space="preserve"> </w:t>
      </w:r>
      <w:r>
        <w:rPr>
          <w:rStyle w:val="Campoapreencher"/>
          <w:shd w:val="clear" w:color="auto" w:fill="FFF2B3"/>
        </w:rPr>
        <w:t>dd/mm/aaaa</w:t>
      </w:r>
    </w:p>
    <w:p>
      <w:pPr>
        <w:jc w:val="both"/>
      </w:pPr>
      <w:r>
        <w:t xml:space="preserve">Eu (nós), abaixo identificado(s), na qualidade de responsável(is) legal(is), </w:t>
      </w:r>
      <w:r>
        <w:rPr>
          <w:b/>
        </w:rPr>
        <w:t>AUTORIZO (AUTORIZAMOS)</w:t>
      </w:r>
      <w:r>
        <w:t xml:space="preserve"> a viagem dentro do território nacional da criança ou do adolescente identificado(a) abaixo, nas condições marcadas nesta folha.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</w:tcPr>
          <w:p>
            <w:pPr>
              <w:pStyle w:val="Textodetabela"/>
            </w:pPr>
            <w:r>
              <w:rPr>
                <w:b/>
              </w:rPr>
              <w:t>Responsável 1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t>(   ) mãe   (   ) pai   (   ) tutor(a)   (   ) guardiã(o)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Nome completo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RG ou passaporte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, expedido por </w:t>
            </w:r>
            <w:r>
              <w:rPr>
                <w:rStyle w:val="Campoapreencher"/>
                <w:shd w:val="clear" w:color="auto" w:fill="FFF2B3"/>
              </w:rPr>
              <w:t>órgão/UF</w:t>
            </w:r>
            <w:r>
              <w:t xml:space="preserve"> em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CPF e telefone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000.000.000-00</w:t>
            </w:r>
            <w:r>
              <w:t xml:space="preserve"> / </w:t>
            </w:r>
            <w:r>
              <w:rPr>
                <w:rStyle w:val="Campoapreencher"/>
                <w:shd w:val="clear" w:color="auto" w:fill="FFF2B3"/>
              </w:rPr>
              <w:t>(00) 00000-0000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Endereço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rua, número, bairro, cidade/UF, CEP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</w:tcPr>
          <w:p>
            <w:pPr>
              <w:pStyle w:val="Textodetabela"/>
            </w:pPr>
            <w:r>
              <w:rPr>
                <w:b/>
              </w:rPr>
              <w:t>Responsável 2 (se houver)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t>(   ) mãe   (   ) pai   (   ) tutor(a)   (   ) guardiã(o)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Nome completo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RG ou passaporte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, expedido por </w:t>
            </w:r>
            <w:r>
              <w:rPr>
                <w:rStyle w:val="Campoapreencher"/>
                <w:shd w:val="clear" w:color="auto" w:fill="FFF2B3"/>
              </w:rPr>
              <w:t>órgão/UF</w:t>
            </w:r>
            <w:r>
              <w:t xml:space="preserve"> em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CPF e telefone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000.000.000-00</w:t>
            </w:r>
            <w:r>
              <w:t xml:space="preserve"> / </w:t>
            </w:r>
            <w:r>
              <w:rPr>
                <w:rStyle w:val="Campoapreencher"/>
                <w:shd w:val="clear" w:color="auto" w:fill="FFF2B3"/>
              </w:rPr>
              <w:t>(00) 00000-0000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Endereço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rua, número, bairro, cidade/UF, CEP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</w:tcPr>
          <w:p>
            <w:pPr>
              <w:pStyle w:val="Textodetabela"/>
            </w:pPr>
            <w:r>
              <w:rPr>
                <w:b/>
              </w:rPr>
              <w:t>Criança ou adolescente</w:t>
            </w:r>
          </w:p>
        </w:tc>
        <w:tc>
          <w:tcPr>
            <w:tcW w:type="dxa" w:w="6690"/>
          </w:tcPr>
          <w:p>
            <w:pPr>
              <w:pStyle w:val="Textodetabela"/>
            </w:pP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Nome completo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Nascimento e naturalidade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  <w:r>
              <w:t xml:space="preserve">, natural de </w:t>
            </w:r>
            <w:r>
              <w:rPr>
                <w:rStyle w:val="Campoapreencher"/>
                <w:shd w:val="clear" w:color="auto" w:fill="FFF2B3"/>
              </w:rPr>
              <w:t>cidade/UF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RG, certidão ou passaporte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, expedido por </w:t>
            </w:r>
            <w:r>
              <w:rPr>
                <w:rStyle w:val="Campoapreencher"/>
                <w:shd w:val="clear" w:color="auto" w:fill="FFF2B3"/>
              </w:rPr>
              <w:t>órgão</w:t>
            </w:r>
            <w:r>
              <w:t xml:space="preserve"> em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CPF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000.000.000-00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Endereço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rua, número, bairro, cidade/UF, CEP</w:t>
            </w: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</w:rPr>
        <w:t>Condição da viagem:</w:t>
      </w:r>
      <w:r>
        <w:t xml:space="preserve"> (   ) na companhia do(a) acompanhante abaixo   (   ) desacompanhado(a)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</w:tcPr>
          <w:p>
            <w:pPr>
              <w:pStyle w:val="Textodetabela"/>
            </w:pPr>
            <w:r>
              <w:rPr>
                <w:b/>
              </w:rPr>
              <w:t>Acompanhante</w:t>
            </w:r>
            <w:r>
              <w:t xml:space="preserve"> (se houver)</w:t>
            </w:r>
          </w:p>
        </w:tc>
        <w:tc>
          <w:tcPr>
            <w:tcW w:type="dxa" w:w="6690"/>
          </w:tcPr>
          <w:p>
            <w:pPr>
              <w:pStyle w:val="Textodetabela"/>
            </w:pP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Nome completo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RG ou passaporte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, expedido por </w:t>
            </w:r>
            <w:r>
              <w:rPr>
                <w:rStyle w:val="Campoapreencher"/>
                <w:shd w:val="clear" w:color="auto" w:fill="FFF2B3"/>
              </w:rPr>
              <w:t>órgão/UF</w:t>
            </w:r>
            <w:r>
              <w:t xml:space="preserve"> em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CPF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000.000.000-00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Endereço e telefone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endereço completo</w:t>
            </w:r>
            <w:r>
              <w:t xml:space="preserve">, </w:t>
            </w:r>
            <w:r>
              <w:rPr>
                <w:rStyle w:val="Campoapreencher"/>
                <w:shd w:val="clear" w:color="auto" w:fill="FFF2B3"/>
              </w:rPr>
              <w:t>(00) 00000-0000</w:t>
            </w:r>
          </w:p>
        </w:tc>
      </w:tr>
    </w:tbl>
    <w:p>
      <w:pPr>
        <w:spacing w:after="0" w:before="0" w:line="120" w:lineRule="exact"/>
      </w:pPr>
    </w:p>
    <w:p>
      <w:pPr>
        <w:spacing w:after="80"/>
        <w:jc w:val="left"/>
      </w:pPr>
      <w:r>
        <w:rPr>
          <w:b/>
        </w:rPr>
        <w:t>Destino:</w:t>
      </w:r>
      <w:r>
        <w:t xml:space="preserve"> </w:t>
      </w:r>
      <w:r>
        <w:rPr>
          <w:rStyle w:val="Campoapreencher"/>
          <w:shd w:val="clear" w:color="auto" w:fill="FFF2B3"/>
        </w:rPr>
        <w:t>cidade(s)/UF</w:t>
      </w:r>
      <w:r>
        <w:t xml:space="preserve">.  </w:t>
      </w:r>
      <w:r>
        <w:rPr>
          <w:b/>
        </w:rPr>
        <w:t>Período:</w:t>
      </w:r>
      <w:r>
        <w:t xml:space="preserve"> de </w:t>
      </w:r>
      <w:r>
        <w:rPr>
          <w:rStyle w:val="Campoapreencher"/>
          <w:shd w:val="clear" w:color="auto" w:fill="FFF2B3"/>
        </w:rPr>
        <w:t>dd/mm/aaaa</w:t>
      </w:r>
      <w:r>
        <w:t xml:space="preserve"> a </w:t>
      </w:r>
      <w:r>
        <w:rPr>
          <w:rStyle w:val="Campoapreencher"/>
          <w:shd w:val="clear" w:color="auto" w:fill="FFF2B3"/>
        </w:rPr>
        <w:t>dd/mm/aaaa</w:t>
      </w:r>
      <w:r>
        <w:t xml:space="preserve">.  </w:t>
      </w:r>
      <w:r>
        <w:rPr>
          <w:b/>
        </w:rPr>
        <w:t>Transporte:</w:t>
      </w:r>
      <w:r>
        <w:t xml:space="preserve"> </w:t>
      </w:r>
      <w:r>
        <w:rPr>
          <w:rStyle w:val="Campoapreencher"/>
          <w:shd w:val="clear" w:color="auto" w:fill="FFF2B3"/>
        </w:rPr>
        <w:t>avião, ônibus, outro</w:t>
      </w:r>
      <w:r>
        <w:t>.</w:t>
      </w:r>
    </w:p>
    <w:p>
      <w:pPr>
        <w:spacing w:after="80"/>
        <w:jc w:val="both"/>
      </w:pPr>
      <w:r>
        <w:rPr>
          <w:b/>
        </w:rPr>
        <w:t>Documentos que a criança ou o adolescente levará:</w:t>
      </w:r>
      <w:r>
        <w:t xml:space="preserve"> </w:t>
      </w:r>
      <w:r>
        <w:rPr>
          <w:rStyle w:val="Campoapreencher"/>
          <w:shd w:val="clear" w:color="auto" w:fill="FFF2B3"/>
        </w:rPr>
        <w:t>documento de identidade com foto ou certidão de nascimento; termo de guarda ou tutela, se houver; outro</w:t>
      </w:r>
      <w:r>
        <w:t>.</w:t>
      </w:r>
    </w:p>
    <w:p>
      <w:pPr>
        <w:spacing w:after="0"/>
        <w:jc w:val="right"/>
      </w:pPr>
      <w:r>
        <w:rPr>
          <w:rStyle w:val="Campoapreencher"/>
          <w:shd w:val="clear" w:color="auto" w:fill="FFF2B3"/>
        </w:rPr>
        <w:t>Cidade</w:t>
      </w:r>
      <w:r>
        <w:t>/</w:t>
      </w:r>
      <w:r>
        <w:rPr>
          <w:rStyle w:val="Campoapreencher"/>
          <w:shd w:val="clear" w:color="auto" w:fill="FFF2B3"/>
        </w:rPr>
        <w:t>UF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spacing w:after="0" w:before="0" w:line="360" w:lineRule="exact"/>
      </w:pP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pStyle w:val="Textodetabela"/>
              <w:jc w:val="center"/>
            </w:pPr>
            <w:r>
              <w:t>___________________________________</w:t>
            </w:r>
          </w:p>
        </w:tc>
        <w:tc>
          <w:tcPr>
            <w:tcW w:type="dxa" w:w="4819"/>
          </w:tcPr>
          <w:p>
            <w:pPr>
              <w:pStyle w:val="Textodetabela"/>
              <w:jc w:val="center"/>
            </w:pPr>
            <w:r>
              <w:t>___________________________________</w:t>
            </w:r>
          </w:p>
        </w:tc>
      </w:tr>
      <w:tr>
        <w:tc>
          <w:tcPr>
            <w:tcW w:type="dxa" w:w="4819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Nome de quem assina (1)</w:t>
            </w:r>
          </w:p>
        </w:tc>
        <w:tc>
          <w:tcPr>
            <w:tcW w:type="dxa" w:w="4819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Nome de quem assina (2), se houver</w:t>
            </w:r>
          </w:p>
        </w:tc>
      </w:tr>
    </w:tbl>
    <w:p>
      <w:pPr>
        <w:spacing w:after="0" w:before="0" w:line="120" w:lineRule="exact"/>
      </w:pPr>
    </w:p>
    <w:p>
      <w:pPr>
        <w:spacing w:after="0" w:line="240" w:lineRule="auto"/>
        <w:jc w:val="center"/>
      </w:pPr>
      <w:r>
        <w:rPr>
          <w:i/>
          <w:sz w:val="18"/>
        </w:rPr>
        <w:t>Reconhecer firma em cartório, por semelhança ou autenticidade.</w:t>
      </w:r>
    </w:p>
    <w:p>
      <w:pPr>
        <w:spacing w:after="0"/>
      </w:pPr>
      <w:r>
        <w:br w:type="page"/>
      </w:r>
    </w:p>
    <w:p>
      <w:pPr>
        <w:pStyle w:val="Title"/>
      </w:pPr>
      <w:r>
        <w:t>AUTORIZAÇÃO DE VIAGEM INTERNACIONAL</w:t>
      </w:r>
    </w:p>
    <w:p>
      <w:pPr>
        <w:pStyle w:val="Subtitle"/>
      </w:pPr>
      <w:r>
        <w:t>para criança ou adolescente brasileiro residente no Brasil</w:t>
      </w:r>
    </w:p>
    <w:p>
      <w:pPr>
        <w:spacing w:after="80"/>
        <w:jc w:val="right"/>
      </w:pPr>
      <w:r>
        <w:rPr>
          <w:b/>
        </w:rPr>
        <w:t>Válida até:</w:t>
      </w:r>
      <w:r>
        <w:t xml:space="preserve"> </w:t>
      </w:r>
      <w:r>
        <w:rPr>
          <w:rStyle w:val="Campoapreencher"/>
          <w:shd w:val="clear" w:color="auto" w:fill="FFF2B3"/>
        </w:rPr>
        <w:t>dd/mm/aaaa</w:t>
      </w:r>
    </w:p>
    <w:p>
      <w:pPr>
        <w:jc w:val="both"/>
      </w:pPr>
      <w:r>
        <w:t xml:space="preserve">Eu (nós), abaixo identificado(s), na qualidade de responsável(is) legal(is), </w:t>
      </w:r>
      <w:r>
        <w:rPr>
          <w:b/>
        </w:rPr>
        <w:t>AUTORIZO (AUTORIZAMOS)</w:t>
      </w:r>
      <w:r>
        <w:t xml:space="preserve"> a viagem ao exterior da criança ou do adolescente identificado(a) abaixo, nas condições marcadas nesta folha.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</w:tcPr>
          <w:p>
            <w:pPr>
              <w:pStyle w:val="Textodetabela"/>
            </w:pPr>
            <w:r>
              <w:rPr>
                <w:b/>
              </w:rPr>
              <w:t>Responsável 1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t>(   ) mãe   (   ) pai   (   ) tutor(a)   (   ) guardiã(o)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Nome completo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RG ou passaporte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, expedido por </w:t>
            </w:r>
            <w:r>
              <w:rPr>
                <w:rStyle w:val="Campoapreencher"/>
                <w:shd w:val="clear" w:color="auto" w:fill="FFF2B3"/>
              </w:rPr>
              <w:t>órgão/UF</w:t>
            </w:r>
            <w:r>
              <w:t xml:space="preserve"> em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CPF e telefone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000.000.000-00</w:t>
            </w:r>
            <w:r>
              <w:t xml:space="preserve"> / </w:t>
            </w:r>
            <w:r>
              <w:rPr>
                <w:rStyle w:val="Campoapreencher"/>
                <w:shd w:val="clear" w:color="auto" w:fill="FFF2B3"/>
              </w:rPr>
              <w:t>(00) 00000-0000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Endereço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rua, número, bairro, cidade/UF, CEP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</w:tcPr>
          <w:p>
            <w:pPr>
              <w:pStyle w:val="Textodetabela"/>
            </w:pPr>
            <w:r>
              <w:rPr>
                <w:b/>
              </w:rPr>
              <w:t>Responsável 2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t>(   ) mãe   (   ) pai   (   ) tutor(a)   (   ) guardiã(o)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Nome completo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RG ou passaporte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, expedido por </w:t>
            </w:r>
            <w:r>
              <w:rPr>
                <w:rStyle w:val="Campoapreencher"/>
                <w:shd w:val="clear" w:color="auto" w:fill="FFF2B3"/>
              </w:rPr>
              <w:t>órgão/UF</w:t>
            </w:r>
            <w:r>
              <w:t xml:space="preserve"> em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CPF e telefone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000.000.000-00</w:t>
            </w:r>
            <w:r>
              <w:t xml:space="preserve"> / </w:t>
            </w:r>
            <w:r>
              <w:rPr>
                <w:rStyle w:val="Campoapreencher"/>
                <w:shd w:val="clear" w:color="auto" w:fill="FFF2B3"/>
              </w:rPr>
              <w:t>(00) 00000-0000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Endereço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rua, número, bairro, cidade/UF, CEP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</w:tcPr>
          <w:p>
            <w:pPr>
              <w:pStyle w:val="Textodetabela"/>
            </w:pPr>
            <w:r>
              <w:rPr>
                <w:b/>
              </w:rPr>
              <w:t>Criança ou adolescente</w:t>
            </w:r>
          </w:p>
        </w:tc>
        <w:tc>
          <w:tcPr>
            <w:tcW w:type="dxa" w:w="6690"/>
          </w:tcPr>
          <w:p>
            <w:pPr>
              <w:pStyle w:val="Textodetabela"/>
            </w:pP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Nome completo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Nascimento e naturalidade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  <w:r>
              <w:t xml:space="preserve">, natural de </w:t>
            </w:r>
            <w:r>
              <w:rPr>
                <w:rStyle w:val="Campoapreencher"/>
                <w:shd w:val="clear" w:color="auto" w:fill="FFF2B3"/>
              </w:rPr>
              <w:t>cidade/UF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RG, certidão ou passaporte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, expedido por </w:t>
            </w:r>
            <w:r>
              <w:rPr>
                <w:rStyle w:val="Campoapreencher"/>
                <w:shd w:val="clear" w:color="auto" w:fill="FFF2B3"/>
              </w:rPr>
              <w:t>órgão</w:t>
            </w:r>
            <w:r>
              <w:t xml:space="preserve"> em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CPF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000.000.000-00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Endereço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rua, número, bairro, cidade/UF, CEP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Passaporte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, válido até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</w:tbl>
    <w:p>
      <w:pPr>
        <w:spacing w:after="0" w:before="0" w:line="120" w:lineRule="exact"/>
      </w:pPr>
    </w:p>
    <w:p>
      <w:pPr>
        <w:spacing w:after="80"/>
      </w:pPr>
      <w:r>
        <w:rPr>
          <w:b/>
        </w:rPr>
        <w:t>Condição da viagem:</w:t>
      </w:r>
      <w:r>
        <w:t xml:space="preserve"> (   ) com um dos responsáveis acima: </w:t>
      </w:r>
      <w:r>
        <w:rPr>
          <w:rStyle w:val="Campoapreencher"/>
          <w:shd w:val="clear" w:color="auto" w:fill="FFF2B3"/>
        </w:rPr>
        <w:t>nome</w:t>
      </w:r>
      <w:r>
        <w:t xml:space="preserve">   (   ) com o(a) acompanhante abaixo   (   ) desacompanhado(a)</w:t>
      </w:r>
    </w:p>
    <w:tbl>
      <w:tblPr>
        <w:tblStyle w:val="TableGrid"/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</w:tcPr>
          <w:p>
            <w:pPr>
              <w:pStyle w:val="Textodetabela"/>
            </w:pPr>
            <w:r>
              <w:rPr>
                <w:b/>
              </w:rPr>
              <w:t>Acompanhante</w:t>
            </w:r>
            <w:r>
              <w:t xml:space="preserve"> (se houver)</w:t>
            </w:r>
          </w:p>
        </w:tc>
        <w:tc>
          <w:tcPr>
            <w:tcW w:type="dxa" w:w="6690"/>
          </w:tcPr>
          <w:p>
            <w:pPr>
              <w:pStyle w:val="Textodetabela"/>
            </w:pP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Nome completo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completo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RG ou passaporte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, expedido por </w:t>
            </w:r>
            <w:r>
              <w:rPr>
                <w:rStyle w:val="Campoapreencher"/>
                <w:shd w:val="clear" w:color="auto" w:fill="FFF2B3"/>
              </w:rPr>
              <w:t>órgão/UF</w:t>
            </w:r>
            <w:r>
              <w:t xml:space="preserve"> em </w:t>
            </w:r>
            <w:r>
              <w:rPr>
                <w:rStyle w:val="Campoapreencher"/>
                <w:shd w:val="clear" w:color="auto" w:fill="FFF2B3"/>
              </w:rPr>
              <w:t>dd/mm/aaaa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CPF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000.000.000-00</w:t>
            </w:r>
          </w:p>
        </w:tc>
      </w:tr>
      <w:tr>
        <w:tc>
          <w:tcPr>
            <w:tcW w:type="dxa" w:w="2948"/>
          </w:tcPr>
          <w:p>
            <w:pPr>
              <w:pStyle w:val="Textodetabela"/>
            </w:pPr>
            <w:r>
              <w:t>Endereço e telefone</w:t>
            </w:r>
          </w:p>
        </w:tc>
        <w:tc>
          <w:tcPr>
            <w:tcW w:type="dxa" w:w="6690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endereço completo</w:t>
            </w:r>
            <w:r>
              <w:t xml:space="preserve">, </w:t>
            </w:r>
            <w:r>
              <w:rPr>
                <w:rStyle w:val="Campoapreencher"/>
                <w:shd w:val="clear" w:color="auto" w:fill="FFF2B3"/>
              </w:rPr>
              <w:t>(00) 00000-0000</w:t>
            </w:r>
          </w:p>
        </w:tc>
      </w:tr>
    </w:tbl>
    <w:p>
      <w:pPr>
        <w:spacing w:after="0" w:before="0" w:line="120" w:lineRule="exact"/>
      </w:pPr>
    </w:p>
    <w:p>
      <w:pPr>
        <w:spacing w:after="80"/>
        <w:jc w:val="left"/>
      </w:pPr>
      <w:r>
        <w:rPr>
          <w:b/>
        </w:rPr>
        <w:t>Destino:</w:t>
      </w:r>
      <w:r>
        <w:t xml:space="preserve"> </w:t>
      </w:r>
      <w:r>
        <w:rPr>
          <w:rStyle w:val="Campoapreencher"/>
          <w:shd w:val="clear" w:color="auto" w:fill="FFF2B3"/>
        </w:rPr>
        <w:t>país(es) e cidade(s)</w:t>
      </w:r>
      <w:r>
        <w:t xml:space="preserve">.  </w:t>
      </w:r>
      <w:r>
        <w:rPr>
          <w:b/>
        </w:rPr>
        <w:t>Período:</w:t>
      </w:r>
      <w:r>
        <w:t xml:space="preserve"> de </w:t>
      </w:r>
      <w:r>
        <w:rPr>
          <w:rStyle w:val="Campoapreencher"/>
          <w:shd w:val="clear" w:color="auto" w:fill="FFF2B3"/>
        </w:rPr>
        <w:t>dd/mm/aaaa</w:t>
      </w:r>
      <w:r>
        <w:t xml:space="preserve"> a </w:t>
      </w:r>
      <w:r>
        <w:rPr>
          <w:rStyle w:val="Campoapreencher"/>
          <w:shd w:val="clear" w:color="auto" w:fill="FFF2B3"/>
        </w:rPr>
        <w:t>dd/mm/aaaa</w:t>
      </w:r>
      <w:r>
        <w:t>.</w:t>
      </w:r>
    </w:p>
    <w:p>
      <w:pPr>
        <w:spacing w:after="80"/>
        <w:jc w:val="both"/>
      </w:pPr>
      <w:r>
        <w:rPr>
          <w:b/>
        </w:rPr>
        <w:t>Documentos que a criança ou o adolescente levará:</w:t>
      </w:r>
      <w:r>
        <w:t xml:space="preserve"> </w:t>
      </w:r>
      <w:r>
        <w:rPr>
          <w:rStyle w:val="Campoapreencher"/>
          <w:shd w:val="clear" w:color="auto" w:fill="FFF2B3"/>
        </w:rPr>
        <w:t>passaporte válido; termo de guarda ou tutela, se houver; outro</w:t>
      </w:r>
      <w:r>
        <w:t>.</w:t>
      </w:r>
    </w:p>
    <w:p>
      <w:pPr>
        <w:spacing w:after="160"/>
        <w:jc w:val="both"/>
      </w:pPr>
      <w:r>
        <w:rPr>
          <w:sz w:val="19"/>
        </w:rPr>
        <w:t>Salvo se escrito expressamente aqui, esta autorização não vale para fixar residência permanente no exterior.</w:t>
      </w:r>
    </w:p>
    <w:p>
      <w:pPr>
        <w:spacing w:after="0"/>
        <w:jc w:val="right"/>
      </w:pPr>
      <w:r>
        <w:rPr>
          <w:rStyle w:val="Campoapreencher"/>
          <w:shd w:val="clear" w:color="auto" w:fill="FFF2B3"/>
        </w:rPr>
        <w:t>Cidade</w:t>
      </w:r>
      <w:r>
        <w:t>/</w:t>
      </w:r>
      <w:r>
        <w:rPr>
          <w:rStyle w:val="Campoapreencher"/>
          <w:shd w:val="clear" w:color="auto" w:fill="FFF2B3"/>
        </w:rPr>
        <w:t>UF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spacing w:after="0" w:before="0" w:line="360" w:lineRule="exact"/>
      </w:pP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pStyle w:val="Textodetabela"/>
              <w:jc w:val="center"/>
            </w:pPr>
            <w:r>
              <w:t>___________________________________</w:t>
            </w:r>
          </w:p>
        </w:tc>
        <w:tc>
          <w:tcPr>
            <w:tcW w:type="dxa" w:w="4819"/>
          </w:tcPr>
          <w:p>
            <w:pPr>
              <w:pStyle w:val="Textodetabela"/>
              <w:jc w:val="center"/>
            </w:pPr>
            <w:r>
              <w:t>___________________________________</w:t>
            </w:r>
          </w:p>
        </w:tc>
      </w:tr>
      <w:tr>
        <w:tc>
          <w:tcPr>
            <w:tcW w:type="dxa" w:w="4819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Nome de quem assina (1)</w:t>
            </w:r>
          </w:p>
        </w:tc>
        <w:tc>
          <w:tcPr>
            <w:tcW w:type="dxa" w:w="4819"/>
          </w:tcPr>
          <w:p>
            <w:pPr>
              <w:pStyle w:val="Textodetabela"/>
              <w:jc w:val="center"/>
            </w:pPr>
            <w:r>
              <w:rPr>
                <w:rStyle w:val="Campoapreencher"/>
                <w:shd w:val="clear" w:color="auto" w:fill="FFF2B3"/>
              </w:rPr>
              <w:t>Nome de quem assina (2), se houver</w:t>
            </w:r>
          </w:p>
        </w:tc>
      </w:tr>
    </w:tbl>
    <w:p>
      <w:pPr>
        <w:spacing w:after="0" w:before="0" w:line="120" w:lineRule="exact"/>
      </w:pPr>
    </w:p>
    <w:p>
      <w:pPr>
        <w:spacing w:after="0" w:line="240" w:lineRule="auto"/>
        <w:jc w:val="center"/>
      </w:pPr>
      <w:r>
        <w:rPr>
          <w:i/>
          <w:sz w:val="18"/>
        </w:rPr>
        <w:t>Reconhecer firma em cartório, por semelhança ou autenticidade.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7"/>
      </w:rPr>
      <w:t>Modelo de uso geral. Confira a regra atual do CNJ, da Polícia Federal e da empresa de transporte antes de viajar.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6" w:lineRule="auto"/>
      <w:outlineLvl w:val="0"/>
    </w:pPr>
    <w:rPr>
      <w:b/>
      <w:bCs/>
      <w:i w:val="0"/>
      <w:color w:val="1F2937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b/>
      <w:bCs/>
      <w:i w:val="0"/>
      <w:color w:val="1F293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b/>
      <w:bCs/>
      <w:i w:val="0"/>
      <w:color w:val="1F2937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39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0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7"/>
    </w:rPr>
  </w:style>
  <w:style w:type="paragraph" w:customStyle="1" w:styleId="toc1">
    <w:name w:val="toc 1"/>
    <w:basedOn w:val="Normal"/>
    <w:pPr>
      <w:tabs>
        <w:tab w:pos="9638" w:val="right" w:leader="dot"/>
      </w:tabs>
      <w:spacing w:after="80" w:line="240" w:lineRule="auto"/>
      <w:ind w:left="0"/>
    </w:pPr>
    <w:rPr>
      <w:sz w:val="21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 w:line="240" w:lineRule="auto"/>
      <w:ind w:left="340"/>
    </w:pPr>
    <w:rPr>
      <w:sz w:val="21"/>
    </w:rPr>
  </w:style>
  <w:style w:type="paragraph" w:customStyle="1" w:styleId="toc3">
    <w:name w:val="toc 3"/>
    <w:basedOn w:val="Normal"/>
    <w:pPr>
      <w:tabs>
        <w:tab w:pos="9638" w:val="right" w:leader="dot"/>
      </w:tabs>
      <w:spacing w:after="80" w:line="240" w:lineRule="auto"/>
      <w:ind w:left="680"/>
    </w:pPr>
    <w:rPr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de viagem de criança ou adolescente</dc:title>
  <dc:subject>Autorização dos pais ou responsáveis para viagem nacional e internacional de menor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